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40E78D" w14:textId="77777777" w:rsidR="006743C4" w:rsidRPr="002E0747" w:rsidRDefault="00170666">
      <w:pPr>
        <w:pageBreakBefore/>
        <w:spacing w:line="240" w:lineRule="auto"/>
        <w:ind w:right="366"/>
        <w:jc w:val="center"/>
        <w:rPr>
          <w:rFonts w:ascii="Arial" w:hAnsi="Arial" w:cs="Arial"/>
          <w:sz w:val="24"/>
          <w:szCs w:val="24"/>
        </w:rPr>
      </w:pPr>
      <w:r w:rsidRPr="002E0747">
        <w:rPr>
          <w:rFonts w:ascii="Arial" w:hAnsi="Arial" w:cs="Arial"/>
          <w:noProof/>
          <w:sz w:val="24"/>
          <w:szCs w:val="24"/>
          <w:lang w:val="ru-RU" w:eastAsia="ru-RU"/>
        </w:rPr>
        <w:drawing>
          <wp:inline distT="0" distB="0" distL="0" distR="0" wp14:anchorId="12922517" wp14:editId="0BA59017">
            <wp:extent cx="1001776" cy="1189736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rest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01776" cy="1189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FFBD27" w14:textId="77777777" w:rsidR="006743C4" w:rsidRPr="002E0747" w:rsidRDefault="00170666">
      <w:pPr>
        <w:spacing w:before="293" w:line="480" w:lineRule="exact"/>
        <w:ind w:right="366"/>
        <w:jc w:val="center"/>
        <w:rPr>
          <w:rFonts w:ascii="Arial" w:hAnsi="Arial" w:cs="Arial"/>
          <w:b/>
          <w:sz w:val="24"/>
          <w:szCs w:val="24"/>
          <w:lang w:val="ru-RU"/>
        </w:rPr>
      </w:pPr>
      <w:r w:rsidRPr="002E0747">
        <w:rPr>
          <w:rFonts w:ascii="Arial" w:hAnsi="Arial" w:cs="Arial"/>
          <w:b/>
          <w:bCs/>
          <w:spacing w:val="5"/>
          <w:kern w:val="2"/>
          <w:sz w:val="24"/>
          <w:szCs w:val="24"/>
          <w:lang w:val="ru-RU"/>
        </w:rPr>
        <w:t>АДМИНИСТРАЦИЯ</w:t>
      </w:r>
    </w:p>
    <w:p w14:paraId="5E084C18" w14:textId="77777777" w:rsidR="006743C4" w:rsidRPr="002E0747" w:rsidRDefault="00170666">
      <w:pPr>
        <w:spacing w:before="58" w:line="300" w:lineRule="exact"/>
        <w:ind w:right="366"/>
        <w:jc w:val="center"/>
        <w:rPr>
          <w:rFonts w:ascii="Arial" w:hAnsi="Arial" w:cs="Arial"/>
          <w:b/>
          <w:sz w:val="24"/>
          <w:szCs w:val="24"/>
          <w:lang w:val="ru-RU"/>
        </w:rPr>
      </w:pPr>
      <w:r w:rsidRPr="002E0747">
        <w:rPr>
          <w:rFonts w:ascii="Arial" w:hAnsi="Arial" w:cs="Arial"/>
          <w:b/>
          <w:bCs/>
          <w:kern w:val="2"/>
          <w:sz w:val="24"/>
          <w:szCs w:val="24"/>
          <w:lang w:val="ru-RU"/>
        </w:rPr>
        <w:t>ГОРОДСКОГО ОКРУГА ЛЮБЕРЦЫ</w:t>
      </w:r>
    </w:p>
    <w:p w14:paraId="7F5C2721" w14:textId="77777777" w:rsidR="006743C4" w:rsidRPr="002E0747" w:rsidRDefault="00170666">
      <w:pPr>
        <w:spacing w:line="300" w:lineRule="exact"/>
        <w:ind w:right="366"/>
        <w:jc w:val="center"/>
        <w:rPr>
          <w:rFonts w:ascii="Arial" w:hAnsi="Arial" w:cs="Arial"/>
          <w:b/>
          <w:sz w:val="24"/>
          <w:szCs w:val="24"/>
          <w:lang w:val="ru-RU"/>
        </w:rPr>
      </w:pPr>
      <w:r w:rsidRPr="002E0747">
        <w:rPr>
          <w:rFonts w:ascii="Arial" w:hAnsi="Arial" w:cs="Arial"/>
          <w:b/>
          <w:bCs/>
          <w:kern w:val="2"/>
          <w:sz w:val="24"/>
          <w:szCs w:val="24"/>
          <w:lang w:val="ru-RU"/>
        </w:rPr>
        <w:t>МОСКОВСКОЙ ОБЛАСТИ</w:t>
      </w:r>
    </w:p>
    <w:p w14:paraId="0D562B35" w14:textId="77777777" w:rsidR="006743C4" w:rsidRPr="002E0747" w:rsidRDefault="00170666">
      <w:pPr>
        <w:spacing w:before="462" w:line="380" w:lineRule="exact"/>
        <w:ind w:right="466"/>
        <w:jc w:val="center"/>
        <w:rPr>
          <w:rFonts w:ascii="Arial" w:hAnsi="Arial" w:cs="Arial"/>
          <w:b/>
          <w:sz w:val="24"/>
          <w:szCs w:val="24"/>
          <w:lang w:val="ru-RU"/>
        </w:rPr>
      </w:pPr>
      <w:r w:rsidRPr="002E0747">
        <w:rPr>
          <w:rFonts w:ascii="Arial" w:hAnsi="Arial" w:cs="Arial"/>
          <w:b/>
          <w:bCs/>
          <w:spacing w:val="-4"/>
          <w:kern w:val="2"/>
          <w:sz w:val="24"/>
          <w:szCs w:val="24"/>
          <w:lang w:val="ru-RU"/>
        </w:rPr>
        <w:t>ПОСТАНОВЛЕНИЕ</w:t>
      </w:r>
    </w:p>
    <w:p w14:paraId="3DC43A70" w14:textId="42C2499A" w:rsidR="006743C4" w:rsidRPr="002E0747" w:rsidRDefault="002E0747">
      <w:pPr>
        <w:tabs>
          <w:tab w:val="left" w:pos="1822"/>
          <w:tab w:val="left" w:pos="7128"/>
          <w:tab w:val="left" w:pos="7492"/>
          <w:tab w:val="left" w:pos="9194"/>
        </w:tabs>
        <w:spacing w:before="435" w:line="240" w:lineRule="exact"/>
        <w:rPr>
          <w:rFonts w:ascii="Arial" w:hAnsi="Arial" w:cs="Arial"/>
          <w:b/>
          <w:sz w:val="24"/>
          <w:szCs w:val="24"/>
          <w:lang w:val="ru-RU"/>
        </w:rPr>
      </w:pPr>
      <w:r>
        <w:rPr>
          <w:rFonts w:ascii="Arial" w:hAnsi="Arial" w:cs="Arial"/>
          <w:b/>
          <w:bCs/>
          <w:kern w:val="2"/>
          <w:sz w:val="24"/>
          <w:szCs w:val="24"/>
          <w:u w:val="single"/>
          <w:lang w:val="ru-RU"/>
        </w:rPr>
        <w:t>22.10.2026</w:t>
      </w:r>
      <w:r w:rsidR="00170666" w:rsidRPr="002E0747">
        <w:rPr>
          <w:rFonts w:ascii="Arial" w:hAnsi="Arial" w:cs="Arial"/>
          <w:b/>
          <w:bCs/>
          <w:kern w:val="2"/>
          <w:sz w:val="24"/>
          <w:szCs w:val="24"/>
          <w:lang w:val="ru-RU"/>
        </w:rPr>
        <w:tab/>
      </w:r>
      <w:r w:rsidR="00170666" w:rsidRPr="002E0747">
        <w:rPr>
          <w:rFonts w:ascii="Arial" w:hAnsi="Arial" w:cs="Arial"/>
          <w:b/>
          <w:bCs/>
          <w:kern w:val="2"/>
          <w:position w:val="-2"/>
          <w:sz w:val="24"/>
          <w:szCs w:val="24"/>
          <w:lang w:val="ru-RU"/>
        </w:rPr>
        <w:t>№</w:t>
      </w:r>
      <w:r w:rsidR="00170666" w:rsidRPr="002E0747">
        <w:rPr>
          <w:rFonts w:ascii="Arial" w:hAnsi="Arial" w:cs="Arial"/>
          <w:b/>
          <w:bCs/>
          <w:kern w:val="2"/>
          <w:sz w:val="24"/>
          <w:szCs w:val="24"/>
          <w:lang w:val="ru-RU"/>
        </w:rPr>
        <w:tab/>
      </w:r>
      <w:r>
        <w:rPr>
          <w:rFonts w:ascii="Arial" w:hAnsi="Arial" w:cs="Arial"/>
          <w:b/>
          <w:bCs/>
          <w:kern w:val="2"/>
          <w:sz w:val="24"/>
          <w:szCs w:val="24"/>
          <w:u w:val="single"/>
          <w:lang w:val="ru-RU"/>
        </w:rPr>
        <w:t>4090-ПА</w:t>
      </w:r>
    </w:p>
    <w:p w14:paraId="2C02BEA5" w14:textId="77777777" w:rsidR="006743C4" w:rsidRPr="002E0747" w:rsidRDefault="00170666">
      <w:pPr>
        <w:spacing w:before="239" w:line="260" w:lineRule="exact"/>
        <w:ind w:right="366"/>
        <w:jc w:val="center"/>
        <w:rPr>
          <w:rFonts w:ascii="Arial" w:hAnsi="Arial" w:cs="Arial"/>
          <w:b/>
          <w:bCs/>
          <w:kern w:val="2"/>
          <w:sz w:val="24"/>
          <w:szCs w:val="24"/>
          <w:lang w:val="ru-RU"/>
        </w:rPr>
      </w:pPr>
      <w:r w:rsidRPr="002E0747">
        <w:rPr>
          <w:rFonts w:ascii="Arial" w:hAnsi="Arial" w:cs="Arial"/>
          <w:b/>
          <w:bCs/>
          <w:kern w:val="2"/>
          <w:sz w:val="24"/>
          <w:szCs w:val="24"/>
          <w:lang w:val="ru-RU"/>
        </w:rPr>
        <w:t>г. Люберцы</w:t>
      </w:r>
    </w:p>
    <w:p w14:paraId="79DC523B" w14:textId="77777777" w:rsidR="008C5D0D" w:rsidRPr="002E0747" w:rsidRDefault="008C5D0D" w:rsidP="008C5D0D">
      <w:pPr>
        <w:jc w:val="center"/>
        <w:rPr>
          <w:rFonts w:ascii="Arial" w:hAnsi="Arial" w:cs="Arial"/>
          <w:b/>
          <w:bCs/>
          <w:kern w:val="2"/>
          <w:sz w:val="24"/>
          <w:szCs w:val="24"/>
          <w:lang w:val="ru-RU"/>
        </w:rPr>
      </w:pPr>
    </w:p>
    <w:p w14:paraId="2F61A25D" w14:textId="77777777" w:rsidR="008C5D0D" w:rsidRPr="002E0747" w:rsidRDefault="008C5D0D" w:rsidP="008C5D0D">
      <w:pPr>
        <w:jc w:val="center"/>
        <w:rPr>
          <w:rFonts w:ascii="Arial" w:hAnsi="Arial" w:cs="Arial"/>
          <w:b/>
          <w:bCs/>
          <w:kern w:val="2"/>
          <w:sz w:val="24"/>
          <w:szCs w:val="24"/>
          <w:lang w:val="ru-RU"/>
        </w:rPr>
      </w:pPr>
    </w:p>
    <w:p w14:paraId="5B93D33C" w14:textId="77777777" w:rsidR="002E0747" w:rsidRDefault="002E0747" w:rsidP="008C5D0D">
      <w:pPr>
        <w:jc w:val="center"/>
        <w:rPr>
          <w:rFonts w:ascii="Arial" w:eastAsia="Calibri" w:hAnsi="Arial" w:cs="Arial"/>
          <w:b/>
          <w:sz w:val="24"/>
          <w:szCs w:val="24"/>
          <w:lang w:val="ru-RU"/>
        </w:rPr>
      </w:pPr>
    </w:p>
    <w:p w14:paraId="341D409E" w14:textId="77777777" w:rsidR="008C5D0D" w:rsidRPr="002E0747" w:rsidRDefault="008C5D0D" w:rsidP="008C5D0D">
      <w:pPr>
        <w:jc w:val="center"/>
        <w:rPr>
          <w:rFonts w:ascii="Arial" w:eastAsia="Calibri" w:hAnsi="Arial" w:cs="Arial"/>
          <w:b/>
          <w:sz w:val="24"/>
          <w:szCs w:val="24"/>
          <w:lang w:val="ru-RU"/>
        </w:rPr>
      </w:pPr>
      <w:r w:rsidRPr="002E0747">
        <w:rPr>
          <w:rFonts w:ascii="Arial" w:eastAsia="Calibri" w:hAnsi="Arial" w:cs="Arial"/>
          <w:b/>
          <w:sz w:val="24"/>
          <w:szCs w:val="24"/>
          <w:lang w:val="ru-RU"/>
        </w:rPr>
        <w:t>Об исключении объектов недвижимого имущества</w:t>
      </w:r>
    </w:p>
    <w:p w14:paraId="6144C8A9" w14:textId="77777777" w:rsidR="008C5D0D" w:rsidRPr="002E0747" w:rsidRDefault="008C5D0D" w:rsidP="008C5D0D">
      <w:pPr>
        <w:jc w:val="center"/>
        <w:rPr>
          <w:rFonts w:ascii="Arial" w:eastAsia="Calibri" w:hAnsi="Arial" w:cs="Arial"/>
          <w:b/>
          <w:sz w:val="24"/>
          <w:szCs w:val="24"/>
          <w:lang w:val="ru-RU"/>
        </w:rPr>
      </w:pPr>
      <w:r w:rsidRPr="002E0747">
        <w:rPr>
          <w:rFonts w:ascii="Arial" w:eastAsia="Calibri" w:hAnsi="Arial" w:cs="Arial"/>
          <w:b/>
          <w:sz w:val="24"/>
          <w:szCs w:val="24"/>
          <w:lang w:val="ru-RU"/>
        </w:rPr>
        <w:t>из реестра объектов, имеющих признаки бесхозяйного имущества</w:t>
      </w:r>
    </w:p>
    <w:p w14:paraId="26D2DE60" w14:textId="77777777" w:rsidR="008C5D0D" w:rsidRPr="002E0747" w:rsidRDefault="008C5D0D" w:rsidP="008C5D0D">
      <w:pPr>
        <w:ind w:firstLine="709"/>
        <w:jc w:val="both"/>
        <w:rPr>
          <w:rFonts w:ascii="Arial" w:eastAsia="Calibri" w:hAnsi="Arial" w:cs="Arial"/>
          <w:sz w:val="24"/>
          <w:szCs w:val="24"/>
          <w:lang w:val="ru-RU"/>
        </w:rPr>
      </w:pPr>
    </w:p>
    <w:p w14:paraId="02A9E0B2" w14:textId="77777777" w:rsidR="008C5D0D" w:rsidRPr="002E0747" w:rsidRDefault="008C5D0D" w:rsidP="008C5D0D">
      <w:pPr>
        <w:ind w:firstLine="709"/>
        <w:jc w:val="both"/>
        <w:rPr>
          <w:rFonts w:ascii="Arial" w:eastAsia="Calibri" w:hAnsi="Arial" w:cs="Arial"/>
          <w:sz w:val="24"/>
          <w:szCs w:val="24"/>
          <w:lang w:val="ru-RU"/>
        </w:rPr>
      </w:pPr>
      <w:r w:rsidRPr="002E0747">
        <w:rPr>
          <w:rFonts w:ascii="Arial" w:eastAsia="Calibri" w:hAnsi="Arial" w:cs="Arial"/>
          <w:sz w:val="24"/>
          <w:szCs w:val="24"/>
          <w:lang w:val="ru-RU"/>
        </w:rPr>
        <w:t>В соответствии с Федеральным законом от 06.10.2003 № 131-ФЗ</w:t>
      </w:r>
      <w:r w:rsidRPr="002E0747">
        <w:rPr>
          <w:rFonts w:ascii="Arial" w:eastAsia="Calibri" w:hAnsi="Arial" w:cs="Arial"/>
          <w:sz w:val="24"/>
          <w:szCs w:val="24"/>
          <w:lang w:val="ru-RU"/>
        </w:rPr>
        <w:br/>
        <w:t>«Об общих принципах организации местного самоуправления в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власти», Уставом Городского округа Люберцы Московской области, Положением о порядке выявления, учета и оформления бесхозяйного имущества в муниципальную собственность городского округа Люберцы Московской области, утвержденным Решением Совета депутатов городского округа  Люберцы Московской области от 02.08.2023 № 84/13, Решением Совета депутатов Городского округа Люберцы Московской области от 12.05.2025 № 25/4 «О правопреемстве», Распоряжением администрации Городского округа Люберцы Московской области</w:t>
      </w:r>
      <w:r w:rsidRPr="002E0747">
        <w:rPr>
          <w:rFonts w:ascii="Arial" w:eastAsia="Calibri" w:hAnsi="Arial" w:cs="Arial"/>
          <w:sz w:val="24"/>
          <w:szCs w:val="24"/>
          <w:lang w:val="ru-RU"/>
        </w:rPr>
        <w:br/>
        <w:t xml:space="preserve">от 03.04.2026 № 41-РА «О наделении полномочиями заместителя Главы Городского округа </w:t>
      </w:r>
      <w:proofErr w:type="spellStart"/>
      <w:r w:rsidRPr="002E0747">
        <w:rPr>
          <w:rFonts w:ascii="Arial" w:eastAsia="Calibri" w:hAnsi="Arial" w:cs="Arial"/>
          <w:sz w:val="24"/>
          <w:szCs w:val="24"/>
          <w:lang w:val="ru-RU"/>
        </w:rPr>
        <w:t>Сырова</w:t>
      </w:r>
      <w:proofErr w:type="spellEnd"/>
      <w:r w:rsidRPr="002E0747">
        <w:rPr>
          <w:rFonts w:ascii="Arial" w:eastAsia="Calibri" w:hAnsi="Arial" w:cs="Arial"/>
          <w:sz w:val="24"/>
          <w:szCs w:val="24"/>
          <w:lang w:val="ru-RU"/>
        </w:rPr>
        <w:t xml:space="preserve"> Андрея Николаевича», в связи с оформлением права муниципальной собственности, постановляю: </w:t>
      </w:r>
    </w:p>
    <w:p w14:paraId="4A1DBBA5" w14:textId="77777777" w:rsidR="008C5D0D" w:rsidRPr="002E0747" w:rsidRDefault="008C5D0D" w:rsidP="008C5D0D">
      <w:pPr>
        <w:ind w:firstLine="709"/>
        <w:jc w:val="both"/>
        <w:rPr>
          <w:rFonts w:ascii="Arial" w:eastAsia="Calibri" w:hAnsi="Arial" w:cs="Arial"/>
          <w:sz w:val="24"/>
          <w:szCs w:val="24"/>
          <w:lang w:val="ru-RU"/>
        </w:rPr>
      </w:pPr>
    </w:p>
    <w:p w14:paraId="71B47E82" w14:textId="77777777" w:rsidR="008C5D0D" w:rsidRPr="002E0747" w:rsidRDefault="008C5D0D" w:rsidP="008C5D0D">
      <w:pPr>
        <w:ind w:firstLine="709"/>
        <w:jc w:val="both"/>
        <w:rPr>
          <w:rFonts w:ascii="Arial" w:eastAsia="Calibri" w:hAnsi="Arial" w:cs="Arial"/>
          <w:sz w:val="24"/>
          <w:szCs w:val="24"/>
          <w:lang w:val="ru-RU"/>
        </w:rPr>
      </w:pPr>
      <w:r w:rsidRPr="002E0747">
        <w:rPr>
          <w:rFonts w:ascii="Arial" w:eastAsia="Calibri" w:hAnsi="Arial" w:cs="Arial"/>
          <w:sz w:val="24"/>
          <w:szCs w:val="24"/>
          <w:lang w:val="ru-RU"/>
        </w:rPr>
        <w:t>1. Комитету по управлению имуществом администрации Городского округа Люберцы Московской области (</w:t>
      </w:r>
      <w:proofErr w:type="spellStart"/>
      <w:r w:rsidRPr="002E0747">
        <w:rPr>
          <w:rFonts w:ascii="Arial" w:eastAsia="Calibri" w:hAnsi="Arial" w:cs="Arial"/>
          <w:sz w:val="24"/>
          <w:szCs w:val="24"/>
          <w:lang w:val="ru-RU"/>
        </w:rPr>
        <w:t>Мусатова</w:t>
      </w:r>
      <w:proofErr w:type="spellEnd"/>
      <w:r w:rsidRPr="002E0747">
        <w:rPr>
          <w:rFonts w:ascii="Arial" w:eastAsia="Calibri" w:hAnsi="Arial" w:cs="Arial"/>
          <w:sz w:val="24"/>
          <w:szCs w:val="24"/>
          <w:lang w:val="ru-RU"/>
        </w:rPr>
        <w:t xml:space="preserve"> В.А.) исключить из реестра объектов, имеющих признаки бесхозяйного имущества, недвижимое имущество, указанное в приложении к настоящему Постановлению.</w:t>
      </w:r>
    </w:p>
    <w:p w14:paraId="346642B4" w14:textId="77777777" w:rsidR="008C5D0D" w:rsidRPr="002E0747" w:rsidRDefault="008C5D0D" w:rsidP="008C5D0D">
      <w:pPr>
        <w:ind w:firstLine="709"/>
        <w:jc w:val="both"/>
        <w:rPr>
          <w:rFonts w:ascii="Arial" w:eastAsia="Calibri" w:hAnsi="Arial" w:cs="Arial"/>
          <w:sz w:val="24"/>
          <w:szCs w:val="24"/>
          <w:lang w:val="ru-RU"/>
        </w:rPr>
      </w:pPr>
      <w:r w:rsidRPr="002E0747">
        <w:rPr>
          <w:rFonts w:ascii="Arial" w:eastAsia="Calibri" w:hAnsi="Arial" w:cs="Arial"/>
          <w:sz w:val="24"/>
          <w:szCs w:val="24"/>
          <w:lang w:val="ru-RU"/>
        </w:rPr>
        <w:t>2. Разместить настоящее Постановление на официальном сайте администрации в сети «Интернет».</w:t>
      </w:r>
    </w:p>
    <w:p w14:paraId="511B8A53" w14:textId="77777777" w:rsidR="002E0747" w:rsidRDefault="002E0747" w:rsidP="008C5D0D">
      <w:pPr>
        <w:ind w:firstLine="709"/>
        <w:jc w:val="both"/>
        <w:rPr>
          <w:rFonts w:ascii="Arial" w:eastAsia="Calibri" w:hAnsi="Arial" w:cs="Arial"/>
          <w:sz w:val="24"/>
          <w:szCs w:val="24"/>
          <w:lang w:val="ru-RU"/>
        </w:rPr>
      </w:pPr>
    </w:p>
    <w:p w14:paraId="289670B7" w14:textId="77777777" w:rsidR="002E0747" w:rsidRDefault="002E0747" w:rsidP="008C5D0D">
      <w:pPr>
        <w:ind w:firstLine="709"/>
        <w:jc w:val="both"/>
        <w:rPr>
          <w:rFonts w:ascii="Arial" w:eastAsia="Calibri" w:hAnsi="Arial" w:cs="Arial"/>
          <w:sz w:val="24"/>
          <w:szCs w:val="24"/>
          <w:lang w:val="ru-RU"/>
        </w:rPr>
      </w:pPr>
    </w:p>
    <w:p w14:paraId="5219C86F" w14:textId="77777777" w:rsidR="008C5D0D" w:rsidRPr="002E0747" w:rsidRDefault="008C5D0D" w:rsidP="008C5D0D">
      <w:pPr>
        <w:ind w:firstLine="709"/>
        <w:jc w:val="both"/>
        <w:rPr>
          <w:rFonts w:ascii="Arial" w:eastAsia="Calibri" w:hAnsi="Arial" w:cs="Arial"/>
          <w:sz w:val="24"/>
          <w:szCs w:val="24"/>
          <w:lang w:val="ru-RU"/>
        </w:rPr>
      </w:pPr>
      <w:r w:rsidRPr="002E0747">
        <w:rPr>
          <w:rFonts w:ascii="Arial" w:eastAsia="Calibri" w:hAnsi="Arial" w:cs="Arial"/>
          <w:sz w:val="24"/>
          <w:szCs w:val="24"/>
          <w:lang w:val="ru-RU"/>
        </w:rPr>
        <w:lastRenderedPageBreak/>
        <w:t>3.  Контроль за исполнением настоящего Постановления оставляю</w:t>
      </w:r>
      <w:r w:rsidRPr="002E0747">
        <w:rPr>
          <w:rFonts w:ascii="Arial" w:eastAsia="Calibri" w:hAnsi="Arial" w:cs="Arial"/>
          <w:sz w:val="24"/>
          <w:szCs w:val="24"/>
          <w:lang w:val="ru-RU"/>
        </w:rPr>
        <w:br/>
        <w:t xml:space="preserve">за собой. </w:t>
      </w:r>
    </w:p>
    <w:p w14:paraId="422B2A62" w14:textId="77777777" w:rsidR="008C5D0D" w:rsidRPr="002E0747" w:rsidRDefault="008C5D0D" w:rsidP="008C5D0D">
      <w:pPr>
        <w:shd w:val="clear" w:color="auto" w:fill="FFFFFF"/>
        <w:tabs>
          <w:tab w:val="left" w:pos="912"/>
        </w:tabs>
        <w:ind w:firstLine="709"/>
        <w:jc w:val="both"/>
        <w:rPr>
          <w:rFonts w:ascii="Arial" w:hAnsi="Arial" w:cs="Arial"/>
          <w:sz w:val="24"/>
          <w:szCs w:val="24"/>
          <w:lang w:val="ru-RU" w:eastAsia="ru-RU"/>
        </w:rPr>
      </w:pPr>
    </w:p>
    <w:p w14:paraId="0D05C633" w14:textId="77777777" w:rsidR="008C5D0D" w:rsidRPr="002E0747" w:rsidRDefault="008C5D0D" w:rsidP="008C5D0D">
      <w:pPr>
        <w:shd w:val="clear" w:color="auto" w:fill="FFFFFF"/>
        <w:tabs>
          <w:tab w:val="left" w:pos="912"/>
        </w:tabs>
        <w:ind w:firstLine="709"/>
        <w:jc w:val="both"/>
        <w:rPr>
          <w:rFonts w:ascii="Arial" w:hAnsi="Arial" w:cs="Arial"/>
          <w:sz w:val="24"/>
          <w:szCs w:val="24"/>
          <w:lang w:val="ru-RU" w:eastAsia="ru-RU"/>
        </w:rPr>
      </w:pPr>
    </w:p>
    <w:p w14:paraId="319148C7" w14:textId="77777777" w:rsidR="008C5D0D" w:rsidRPr="002E0747" w:rsidRDefault="008C5D0D" w:rsidP="008C5D0D">
      <w:pPr>
        <w:shd w:val="clear" w:color="auto" w:fill="FFFFFF"/>
        <w:tabs>
          <w:tab w:val="left" w:pos="912"/>
        </w:tabs>
        <w:jc w:val="both"/>
        <w:rPr>
          <w:rFonts w:ascii="Arial" w:hAnsi="Arial" w:cs="Arial"/>
          <w:sz w:val="24"/>
          <w:szCs w:val="24"/>
          <w:lang w:val="ru-RU" w:eastAsia="ru-RU"/>
        </w:rPr>
      </w:pPr>
      <w:r w:rsidRPr="002E0747">
        <w:rPr>
          <w:rFonts w:ascii="Arial" w:hAnsi="Arial" w:cs="Arial"/>
          <w:sz w:val="24"/>
          <w:szCs w:val="24"/>
          <w:lang w:val="ru-RU" w:eastAsia="ru-RU"/>
        </w:rPr>
        <w:t>Заместитель Главы                                                                                А.Н. Сыров</w:t>
      </w:r>
    </w:p>
    <w:p w14:paraId="4F9E93F7" w14:textId="77777777" w:rsidR="008C5D0D" w:rsidRPr="002E0747" w:rsidRDefault="008C5D0D" w:rsidP="008C5D0D">
      <w:pPr>
        <w:shd w:val="clear" w:color="auto" w:fill="FFFFFF"/>
        <w:tabs>
          <w:tab w:val="left" w:pos="912"/>
        </w:tabs>
        <w:jc w:val="both"/>
        <w:rPr>
          <w:rFonts w:ascii="Arial" w:hAnsi="Arial" w:cs="Arial"/>
          <w:sz w:val="24"/>
          <w:szCs w:val="24"/>
          <w:lang w:val="ru-RU" w:eastAsia="ru-RU"/>
        </w:rPr>
      </w:pPr>
    </w:p>
    <w:p w14:paraId="6A179FBD" w14:textId="77777777" w:rsidR="008C5D0D" w:rsidRPr="002E0747" w:rsidRDefault="008C5D0D" w:rsidP="008C5D0D">
      <w:pPr>
        <w:shd w:val="clear" w:color="auto" w:fill="FFFFFF"/>
        <w:tabs>
          <w:tab w:val="left" w:pos="912"/>
        </w:tabs>
        <w:jc w:val="both"/>
        <w:rPr>
          <w:rFonts w:ascii="Arial" w:hAnsi="Arial" w:cs="Arial"/>
          <w:sz w:val="24"/>
          <w:szCs w:val="24"/>
          <w:lang w:val="ru-RU" w:eastAsia="ru-RU"/>
        </w:rPr>
      </w:pPr>
    </w:p>
    <w:tbl>
      <w:tblPr>
        <w:tblStyle w:val="af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241"/>
      </w:tblGrid>
      <w:tr w:rsidR="008C5D0D" w:rsidRPr="002E0747" w14:paraId="7274B436" w14:textId="77777777" w:rsidTr="00861793">
        <w:tc>
          <w:tcPr>
            <w:tcW w:w="4928" w:type="dxa"/>
          </w:tcPr>
          <w:p w14:paraId="46BE2FA0" w14:textId="77777777" w:rsidR="008C5D0D" w:rsidRPr="002E0747" w:rsidRDefault="008C5D0D" w:rsidP="008C5D0D">
            <w:pPr>
              <w:tabs>
                <w:tab w:val="left" w:pos="912"/>
              </w:tabs>
              <w:jc w:val="both"/>
              <w:rPr>
                <w:rFonts w:ascii="Arial" w:hAnsi="Arial" w:cs="Arial"/>
                <w:sz w:val="24"/>
                <w:szCs w:val="24"/>
                <w:lang w:val="ru-RU" w:eastAsia="ru-RU"/>
              </w:rPr>
            </w:pPr>
          </w:p>
        </w:tc>
        <w:tc>
          <w:tcPr>
            <w:tcW w:w="4241" w:type="dxa"/>
          </w:tcPr>
          <w:p w14:paraId="0BC8F3FE" w14:textId="77777777" w:rsidR="008C5D0D" w:rsidRPr="002E0747" w:rsidRDefault="008C5D0D" w:rsidP="00861793">
            <w:pPr>
              <w:spacing w:line="276" w:lineRule="auto"/>
              <w:ind w:left="-108"/>
              <w:jc w:val="both"/>
              <w:rPr>
                <w:rFonts w:ascii="Arial" w:hAnsi="Arial" w:cs="Arial"/>
                <w:sz w:val="24"/>
                <w:szCs w:val="24"/>
                <w:lang w:val="ru-RU" w:eastAsia="ru-RU"/>
              </w:rPr>
            </w:pPr>
            <w:r w:rsidRPr="002E0747">
              <w:rPr>
                <w:rFonts w:ascii="Arial" w:hAnsi="Arial" w:cs="Arial"/>
                <w:sz w:val="24"/>
                <w:szCs w:val="24"/>
                <w:lang w:val="ru-RU" w:eastAsia="ru-RU"/>
              </w:rPr>
              <w:t xml:space="preserve">Приложение </w:t>
            </w:r>
          </w:p>
          <w:p w14:paraId="1FB7A678" w14:textId="77777777" w:rsidR="00861793" w:rsidRPr="002E0747" w:rsidRDefault="00861793" w:rsidP="00861793">
            <w:pPr>
              <w:spacing w:line="276" w:lineRule="auto"/>
              <w:ind w:left="-108"/>
              <w:jc w:val="both"/>
              <w:rPr>
                <w:rFonts w:ascii="Arial" w:hAnsi="Arial" w:cs="Arial"/>
                <w:sz w:val="24"/>
                <w:szCs w:val="24"/>
                <w:lang w:val="ru-RU" w:eastAsia="ru-RU"/>
              </w:rPr>
            </w:pPr>
            <w:r w:rsidRPr="002E0747">
              <w:rPr>
                <w:rFonts w:ascii="Arial" w:hAnsi="Arial" w:cs="Arial"/>
                <w:sz w:val="24"/>
                <w:szCs w:val="24"/>
                <w:lang w:val="ru-RU" w:eastAsia="ru-RU"/>
              </w:rPr>
              <w:t>к п</w:t>
            </w:r>
            <w:r w:rsidR="008C5D0D" w:rsidRPr="002E0747">
              <w:rPr>
                <w:rFonts w:ascii="Arial" w:hAnsi="Arial" w:cs="Arial"/>
                <w:sz w:val="24"/>
                <w:szCs w:val="24"/>
                <w:lang w:val="ru-RU" w:eastAsia="ru-RU"/>
              </w:rPr>
              <w:t>остановлению</w:t>
            </w:r>
            <w:r w:rsidRPr="002E0747">
              <w:rPr>
                <w:rFonts w:ascii="Arial" w:hAnsi="Arial" w:cs="Arial"/>
                <w:sz w:val="24"/>
                <w:szCs w:val="24"/>
                <w:lang w:val="ru-RU" w:eastAsia="ru-RU"/>
              </w:rPr>
              <w:t xml:space="preserve">  </w:t>
            </w:r>
            <w:r w:rsidR="008C5D0D" w:rsidRPr="002E0747">
              <w:rPr>
                <w:rFonts w:ascii="Arial" w:hAnsi="Arial" w:cs="Arial"/>
                <w:sz w:val="24"/>
                <w:szCs w:val="24"/>
                <w:lang w:val="ru-RU" w:eastAsia="ru-RU"/>
              </w:rPr>
              <w:t xml:space="preserve">администрации </w:t>
            </w:r>
            <w:r w:rsidRPr="002E0747">
              <w:rPr>
                <w:rFonts w:ascii="Arial" w:hAnsi="Arial" w:cs="Arial"/>
                <w:sz w:val="24"/>
                <w:szCs w:val="24"/>
                <w:lang w:val="ru-RU" w:eastAsia="ru-RU"/>
              </w:rPr>
              <w:t xml:space="preserve">    </w:t>
            </w:r>
            <w:r w:rsidR="008C5D0D" w:rsidRPr="002E0747">
              <w:rPr>
                <w:rFonts w:ascii="Arial" w:hAnsi="Arial" w:cs="Arial"/>
                <w:sz w:val="24"/>
                <w:szCs w:val="24"/>
                <w:lang w:val="ru-RU" w:eastAsia="ru-RU"/>
              </w:rPr>
              <w:t>Городского округа Люберцы</w:t>
            </w:r>
          </w:p>
          <w:p w14:paraId="5CB4538B" w14:textId="551E09A6" w:rsidR="008C5D0D" w:rsidRPr="002E0747" w:rsidRDefault="008C5D0D" w:rsidP="00495B8B">
            <w:pPr>
              <w:spacing w:line="276" w:lineRule="auto"/>
              <w:ind w:left="-108"/>
              <w:jc w:val="both"/>
              <w:rPr>
                <w:rFonts w:ascii="Arial" w:hAnsi="Arial" w:cs="Arial"/>
                <w:sz w:val="24"/>
                <w:szCs w:val="24"/>
                <w:lang w:val="ru-RU" w:eastAsia="ru-RU"/>
              </w:rPr>
            </w:pPr>
            <w:r w:rsidRPr="002E0747">
              <w:rPr>
                <w:rFonts w:ascii="Arial" w:hAnsi="Arial" w:cs="Arial"/>
                <w:sz w:val="24"/>
                <w:szCs w:val="24"/>
                <w:lang w:val="ru-RU" w:eastAsia="ru-RU"/>
              </w:rPr>
              <w:t>Московской области</w:t>
            </w:r>
          </w:p>
          <w:p w14:paraId="0935DD3A" w14:textId="7F366EFB" w:rsidR="008C5D0D" w:rsidRPr="002E0747" w:rsidRDefault="008C5D0D" w:rsidP="002E0747">
            <w:pPr>
              <w:tabs>
                <w:tab w:val="left" w:pos="912"/>
              </w:tabs>
              <w:spacing w:line="276" w:lineRule="auto"/>
              <w:jc w:val="both"/>
              <w:rPr>
                <w:rFonts w:ascii="Arial" w:hAnsi="Arial" w:cs="Arial"/>
                <w:sz w:val="24"/>
                <w:szCs w:val="24"/>
                <w:lang w:val="ru-RU" w:eastAsia="ru-RU"/>
              </w:rPr>
            </w:pPr>
            <w:bookmarkStart w:id="0" w:name="_GoBack"/>
            <w:bookmarkEnd w:id="0"/>
            <w:proofErr w:type="gramStart"/>
            <w:r w:rsidRPr="002E0747">
              <w:rPr>
                <w:rFonts w:ascii="Arial" w:hAnsi="Arial" w:cs="Arial"/>
                <w:sz w:val="24"/>
                <w:szCs w:val="24"/>
                <w:lang w:val="ru-RU" w:eastAsia="ru-RU"/>
              </w:rPr>
              <w:t>от</w:t>
            </w:r>
            <w:proofErr w:type="gramEnd"/>
            <w:r w:rsidRPr="002E0747">
              <w:rPr>
                <w:rFonts w:ascii="Arial" w:hAnsi="Arial" w:cs="Arial"/>
                <w:sz w:val="24"/>
                <w:szCs w:val="24"/>
                <w:lang w:val="ru-RU" w:eastAsia="ru-RU"/>
              </w:rPr>
              <w:t xml:space="preserve"> </w:t>
            </w:r>
            <w:r w:rsidR="002E0747">
              <w:rPr>
                <w:rFonts w:ascii="Arial" w:hAnsi="Arial" w:cs="Arial"/>
                <w:sz w:val="24"/>
                <w:szCs w:val="24"/>
                <w:lang w:val="ru-RU" w:eastAsia="ru-RU"/>
              </w:rPr>
              <w:t xml:space="preserve">22.10.2026 </w:t>
            </w:r>
            <w:r w:rsidRPr="002E0747">
              <w:rPr>
                <w:rFonts w:ascii="Arial" w:hAnsi="Arial" w:cs="Arial"/>
                <w:sz w:val="24"/>
                <w:szCs w:val="24"/>
                <w:lang w:val="ru-RU" w:eastAsia="ru-RU"/>
              </w:rPr>
              <w:t>№</w:t>
            </w:r>
            <w:r w:rsidR="002E0747">
              <w:rPr>
                <w:rFonts w:ascii="Arial" w:hAnsi="Arial" w:cs="Arial"/>
                <w:sz w:val="24"/>
                <w:szCs w:val="24"/>
                <w:lang w:val="ru-RU" w:eastAsia="ru-RU"/>
              </w:rPr>
              <w:t xml:space="preserve"> 4090-ПА</w:t>
            </w:r>
          </w:p>
        </w:tc>
      </w:tr>
    </w:tbl>
    <w:p w14:paraId="2513B25A" w14:textId="77777777" w:rsidR="008C5D0D" w:rsidRPr="002E0747" w:rsidRDefault="008C5D0D" w:rsidP="008C5D0D">
      <w:pPr>
        <w:shd w:val="clear" w:color="auto" w:fill="FFFFFF"/>
        <w:tabs>
          <w:tab w:val="left" w:pos="912"/>
        </w:tabs>
        <w:jc w:val="both"/>
        <w:rPr>
          <w:rFonts w:ascii="Arial" w:hAnsi="Arial" w:cs="Arial"/>
          <w:sz w:val="24"/>
          <w:szCs w:val="24"/>
          <w:lang w:val="ru-RU" w:eastAsia="ru-RU"/>
        </w:rPr>
      </w:pPr>
    </w:p>
    <w:p w14:paraId="7FADF358" w14:textId="1E0048C0" w:rsidR="008C5D0D" w:rsidRPr="002E0747" w:rsidRDefault="008C5D0D" w:rsidP="008C5D0D">
      <w:pPr>
        <w:shd w:val="clear" w:color="auto" w:fill="FFFFFF"/>
        <w:tabs>
          <w:tab w:val="left" w:pos="912"/>
        </w:tabs>
        <w:jc w:val="center"/>
        <w:rPr>
          <w:rFonts w:ascii="Arial" w:hAnsi="Arial" w:cs="Arial"/>
          <w:sz w:val="24"/>
          <w:szCs w:val="24"/>
          <w:lang w:val="ru-RU" w:eastAsia="ru-RU"/>
        </w:rPr>
      </w:pPr>
      <w:r w:rsidRPr="002E0747">
        <w:rPr>
          <w:rFonts w:ascii="Arial" w:hAnsi="Arial" w:cs="Arial"/>
          <w:sz w:val="24"/>
          <w:szCs w:val="24"/>
          <w:lang w:val="ru-RU" w:eastAsia="ru-RU"/>
        </w:rPr>
        <w:t>Перечень объектов недвижимого имущества, подлежащих исключению из реестра объектов имеющих признаки бесхозяйного имущества</w:t>
      </w:r>
    </w:p>
    <w:p w14:paraId="4F5D7034" w14:textId="77777777" w:rsidR="008C5D0D" w:rsidRPr="002E0747" w:rsidRDefault="008C5D0D" w:rsidP="008C5D0D">
      <w:pPr>
        <w:shd w:val="clear" w:color="auto" w:fill="FFFFFF"/>
        <w:tabs>
          <w:tab w:val="left" w:pos="912"/>
        </w:tabs>
        <w:jc w:val="both"/>
        <w:rPr>
          <w:rFonts w:ascii="Arial" w:hAnsi="Arial" w:cs="Arial"/>
          <w:sz w:val="24"/>
          <w:szCs w:val="24"/>
          <w:lang w:val="ru-RU" w:eastAsia="ru-RU"/>
        </w:rPr>
      </w:pPr>
    </w:p>
    <w:p w14:paraId="5F0A9336" w14:textId="77777777" w:rsidR="008C5D0D" w:rsidRPr="002E0747" w:rsidRDefault="008C5D0D" w:rsidP="008C5D0D">
      <w:pPr>
        <w:shd w:val="clear" w:color="auto" w:fill="FFFFFF"/>
        <w:tabs>
          <w:tab w:val="left" w:pos="912"/>
        </w:tabs>
        <w:jc w:val="both"/>
        <w:rPr>
          <w:rFonts w:ascii="Arial" w:hAnsi="Arial" w:cs="Arial"/>
          <w:sz w:val="24"/>
          <w:szCs w:val="24"/>
          <w:lang w:val="ru-RU" w:eastAsia="ru-RU"/>
        </w:rPr>
      </w:pPr>
    </w:p>
    <w:tbl>
      <w:tblPr>
        <w:tblStyle w:val="aff0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1701"/>
        <w:gridCol w:w="2410"/>
        <w:gridCol w:w="2251"/>
        <w:gridCol w:w="2420"/>
      </w:tblGrid>
      <w:tr w:rsidR="00E86516" w:rsidRPr="00495B8B" w14:paraId="73FCC987" w14:textId="77777777" w:rsidTr="00E86516">
        <w:tc>
          <w:tcPr>
            <w:tcW w:w="562" w:type="dxa"/>
          </w:tcPr>
          <w:p w14:paraId="200C28AF" w14:textId="31219C31" w:rsidR="00E86516" w:rsidRPr="002E0747" w:rsidRDefault="00E86516" w:rsidP="00E86516">
            <w:pPr>
              <w:tabs>
                <w:tab w:val="left" w:pos="912"/>
              </w:tabs>
              <w:jc w:val="center"/>
              <w:rPr>
                <w:rFonts w:ascii="Arial" w:hAnsi="Arial" w:cs="Arial"/>
                <w:sz w:val="24"/>
                <w:szCs w:val="24"/>
                <w:lang w:val="ru-RU" w:eastAsia="ru-RU"/>
              </w:rPr>
            </w:pPr>
            <w:r w:rsidRPr="002E0747">
              <w:rPr>
                <w:rFonts w:ascii="Arial" w:hAnsi="Arial" w:cs="Arial"/>
                <w:sz w:val="24"/>
                <w:szCs w:val="24"/>
                <w:lang w:val="ru-RU" w:eastAsia="ru-RU"/>
              </w:rPr>
              <w:t>№</w:t>
            </w:r>
            <w:proofErr w:type="spellStart"/>
            <w:r w:rsidRPr="002E0747">
              <w:rPr>
                <w:rFonts w:ascii="Arial" w:hAnsi="Arial" w:cs="Arial"/>
                <w:sz w:val="24"/>
                <w:szCs w:val="24"/>
                <w:lang w:val="ru-RU" w:eastAsia="ru-RU"/>
              </w:rPr>
              <w:t>п.п</w:t>
            </w:r>
            <w:proofErr w:type="spellEnd"/>
          </w:p>
        </w:tc>
        <w:tc>
          <w:tcPr>
            <w:tcW w:w="1701" w:type="dxa"/>
          </w:tcPr>
          <w:p w14:paraId="0D819187" w14:textId="7171CF2E" w:rsidR="00E86516" w:rsidRPr="002E0747" w:rsidRDefault="00E86516" w:rsidP="00E86516">
            <w:pPr>
              <w:tabs>
                <w:tab w:val="left" w:pos="912"/>
              </w:tabs>
              <w:jc w:val="center"/>
              <w:rPr>
                <w:rFonts w:ascii="Arial" w:hAnsi="Arial" w:cs="Arial"/>
                <w:sz w:val="24"/>
                <w:szCs w:val="24"/>
                <w:lang w:val="ru-RU" w:eastAsia="ru-RU"/>
              </w:rPr>
            </w:pPr>
            <w:r w:rsidRPr="002E0747">
              <w:rPr>
                <w:rFonts w:ascii="Arial" w:hAnsi="Arial" w:cs="Arial"/>
                <w:sz w:val="24"/>
                <w:szCs w:val="24"/>
                <w:lang w:val="ru-RU" w:eastAsia="ru-RU"/>
              </w:rPr>
              <w:t>Реестровый номер</w:t>
            </w:r>
          </w:p>
        </w:tc>
        <w:tc>
          <w:tcPr>
            <w:tcW w:w="2410" w:type="dxa"/>
          </w:tcPr>
          <w:p w14:paraId="3EB89440" w14:textId="3625FE37" w:rsidR="00E86516" w:rsidRPr="002E0747" w:rsidRDefault="00E86516" w:rsidP="00E86516">
            <w:pPr>
              <w:tabs>
                <w:tab w:val="left" w:pos="912"/>
              </w:tabs>
              <w:jc w:val="center"/>
              <w:rPr>
                <w:rFonts w:ascii="Arial" w:hAnsi="Arial" w:cs="Arial"/>
                <w:sz w:val="24"/>
                <w:szCs w:val="24"/>
                <w:lang w:val="ru-RU" w:eastAsia="ru-RU"/>
              </w:rPr>
            </w:pPr>
            <w:r w:rsidRPr="002E0747">
              <w:rPr>
                <w:rFonts w:ascii="Arial" w:hAnsi="Arial" w:cs="Arial"/>
                <w:sz w:val="24"/>
                <w:szCs w:val="24"/>
                <w:lang w:val="ru-RU" w:eastAsia="ru-RU"/>
              </w:rPr>
              <w:t>Наименование объекта, кадастровый номер</w:t>
            </w:r>
          </w:p>
        </w:tc>
        <w:tc>
          <w:tcPr>
            <w:tcW w:w="2251" w:type="dxa"/>
          </w:tcPr>
          <w:p w14:paraId="4A1C3B88" w14:textId="6A964A09" w:rsidR="00E86516" w:rsidRPr="002E0747" w:rsidRDefault="00E86516" w:rsidP="00E86516">
            <w:pPr>
              <w:tabs>
                <w:tab w:val="left" w:pos="912"/>
              </w:tabs>
              <w:jc w:val="center"/>
              <w:rPr>
                <w:rFonts w:ascii="Arial" w:hAnsi="Arial" w:cs="Arial"/>
                <w:sz w:val="24"/>
                <w:szCs w:val="24"/>
                <w:lang w:val="ru-RU" w:eastAsia="ru-RU"/>
              </w:rPr>
            </w:pPr>
            <w:r w:rsidRPr="002E0747">
              <w:rPr>
                <w:rFonts w:ascii="Arial" w:hAnsi="Arial" w:cs="Arial"/>
                <w:sz w:val="24"/>
                <w:szCs w:val="24"/>
                <w:lang w:val="ru-RU" w:eastAsia="ru-RU"/>
              </w:rPr>
              <w:t>Местонахождение объекта</w:t>
            </w:r>
          </w:p>
        </w:tc>
        <w:tc>
          <w:tcPr>
            <w:tcW w:w="2420" w:type="dxa"/>
          </w:tcPr>
          <w:p w14:paraId="3824B9E8" w14:textId="22A3351B" w:rsidR="00E86516" w:rsidRPr="002E0747" w:rsidRDefault="00E86516" w:rsidP="00E86516">
            <w:pPr>
              <w:tabs>
                <w:tab w:val="left" w:pos="912"/>
              </w:tabs>
              <w:jc w:val="center"/>
              <w:rPr>
                <w:rFonts w:ascii="Arial" w:hAnsi="Arial" w:cs="Arial"/>
                <w:sz w:val="24"/>
                <w:szCs w:val="24"/>
                <w:lang w:val="ru-RU" w:eastAsia="ru-RU"/>
              </w:rPr>
            </w:pPr>
            <w:r w:rsidRPr="002E0747">
              <w:rPr>
                <w:rFonts w:ascii="Arial" w:hAnsi="Arial" w:cs="Arial"/>
                <w:sz w:val="24"/>
                <w:szCs w:val="24"/>
                <w:lang w:val="ru-RU" w:eastAsia="ru-RU"/>
              </w:rPr>
              <w:t>Основание к исключению из реестра</w:t>
            </w:r>
          </w:p>
        </w:tc>
      </w:tr>
      <w:tr w:rsidR="00E86516" w:rsidRPr="00495B8B" w14:paraId="510C512F" w14:textId="77777777" w:rsidTr="00E86516">
        <w:tc>
          <w:tcPr>
            <w:tcW w:w="562" w:type="dxa"/>
          </w:tcPr>
          <w:p w14:paraId="43CC2E7D" w14:textId="385CC261" w:rsidR="00E86516" w:rsidRPr="002E0747" w:rsidRDefault="00E86516" w:rsidP="00E86516">
            <w:pPr>
              <w:tabs>
                <w:tab w:val="left" w:pos="912"/>
              </w:tabs>
              <w:jc w:val="center"/>
              <w:rPr>
                <w:rFonts w:ascii="Arial" w:hAnsi="Arial" w:cs="Arial"/>
                <w:sz w:val="24"/>
                <w:szCs w:val="24"/>
                <w:lang w:val="ru-RU" w:eastAsia="ru-RU"/>
              </w:rPr>
            </w:pPr>
            <w:r w:rsidRPr="002E0747">
              <w:rPr>
                <w:rFonts w:ascii="Arial" w:hAnsi="Arial" w:cs="Arial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01" w:type="dxa"/>
          </w:tcPr>
          <w:p w14:paraId="0B20415D" w14:textId="5999E372" w:rsidR="00E86516" w:rsidRPr="002E0747" w:rsidRDefault="00E86516" w:rsidP="00E86516">
            <w:pPr>
              <w:tabs>
                <w:tab w:val="left" w:pos="912"/>
              </w:tabs>
              <w:jc w:val="center"/>
              <w:rPr>
                <w:rFonts w:ascii="Arial" w:hAnsi="Arial" w:cs="Arial"/>
                <w:sz w:val="24"/>
                <w:szCs w:val="24"/>
                <w:lang w:val="ru-RU" w:eastAsia="ru-RU"/>
              </w:rPr>
            </w:pPr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Н238.00838</w:t>
            </w:r>
          </w:p>
        </w:tc>
        <w:tc>
          <w:tcPr>
            <w:tcW w:w="2410" w:type="dxa"/>
          </w:tcPr>
          <w:p w14:paraId="6F7838FE" w14:textId="7FB76EF1" w:rsidR="00E86516" w:rsidRPr="002E0747" w:rsidRDefault="00E86516" w:rsidP="00E86516">
            <w:pPr>
              <w:tabs>
                <w:tab w:val="left" w:pos="912"/>
              </w:tabs>
              <w:jc w:val="center"/>
              <w:rPr>
                <w:rFonts w:ascii="Arial" w:hAnsi="Arial" w:cs="Arial"/>
                <w:sz w:val="24"/>
                <w:szCs w:val="24"/>
                <w:lang w:val="ru-RU" w:eastAsia="ru-RU"/>
              </w:rPr>
            </w:pPr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Водопровод,    К№50:22:0030601:2338</w:t>
            </w:r>
          </w:p>
        </w:tc>
        <w:tc>
          <w:tcPr>
            <w:tcW w:w="2251" w:type="dxa"/>
          </w:tcPr>
          <w:p w14:paraId="722F488E" w14:textId="3B280E49" w:rsidR="00E86516" w:rsidRPr="002E0747" w:rsidRDefault="00E86516" w:rsidP="00E86516">
            <w:pPr>
              <w:tabs>
                <w:tab w:val="left" w:pos="912"/>
              </w:tabs>
              <w:jc w:val="center"/>
              <w:rPr>
                <w:rFonts w:ascii="Arial" w:hAnsi="Arial" w:cs="Arial"/>
                <w:sz w:val="24"/>
                <w:szCs w:val="24"/>
                <w:lang w:val="ru-RU" w:eastAsia="ru-RU"/>
              </w:rPr>
            </w:pPr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 xml:space="preserve">Московская область,                          </w:t>
            </w:r>
            <w:proofErr w:type="spellStart"/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г.о</w:t>
            </w:r>
            <w:proofErr w:type="spellEnd"/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. Люберцы,</w:t>
            </w:r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br/>
              <w:t xml:space="preserve"> </w:t>
            </w:r>
            <w:proofErr w:type="spellStart"/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пгт</w:t>
            </w:r>
            <w:proofErr w:type="spellEnd"/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Малаховка</w:t>
            </w:r>
            <w:proofErr w:type="spellEnd"/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,                ул. Братская</w:t>
            </w:r>
          </w:p>
        </w:tc>
        <w:tc>
          <w:tcPr>
            <w:tcW w:w="2420" w:type="dxa"/>
          </w:tcPr>
          <w:p w14:paraId="1AFF592A" w14:textId="0AB8CE61" w:rsidR="00E86516" w:rsidRPr="002E0747" w:rsidRDefault="00E86516" w:rsidP="00E86516">
            <w:pPr>
              <w:tabs>
                <w:tab w:val="left" w:pos="912"/>
              </w:tabs>
              <w:jc w:val="center"/>
              <w:rPr>
                <w:rFonts w:ascii="Arial" w:hAnsi="Arial" w:cs="Arial"/>
                <w:sz w:val="24"/>
                <w:szCs w:val="24"/>
                <w:lang w:val="ru-RU" w:eastAsia="ru-RU"/>
              </w:rPr>
            </w:pPr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Выписка из ЕГРН,  запись регистрации                                                           50:22:0030601:2338-50/123/2026-2                     от 04.08.2026, собственность Городского округа  Люберцы Московской области</w:t>
            </w:r>
          </w:p>
        </w:tc>
      </w:tr>
      <w:tr w:rsidR="00E86516" w:rsidRPr="00495B8B" w14:paraId="11FD503A" w14:textId="77777777" w:rsidTr="00E86516">
        <w:tc>
          <w:tcPr>
            <w:tcW w:w="562" w:type="dxa"/>
          </w:tcPr>
          <w:p w14:paraId="6093695D" w14:textId="6ED21A21" w:rsidR="00E86516" w:rsidRPr="002E0747" w:rsidRDefault="00E86516" w:rsidP="00E86516">
            <w:pPr>
              <w:tabs>
                <w:tab w:val="left" w:pos="912"/>
              </w:tabs>
              <w:jc w:val="center"/>
              <w:rPr>
                <w:rFonts w:ascii="Arial" w:hAnsi="Arial" w:cs="Arial"/>
                <w:sz w:val="24"/>
                <w:szCs w:val="24"/>
                <w:lang w:val="ru-RU" w:eastAsia="ru-RU"/>
              </w:rPr>
            </w:pPr>
            <w:r w:rsidRPr="002E0747">
              <w:rPr>
                <w:rFonts w:ascii="Arial" w:hAnsi="Arial" w:cs="Arial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701" w:type="dxa"/>
          </w:tcPr>
          <w:p w14:paraId="123E0734" w14:textId="0D415B5A" w:rsidR="00E86516" w:rsidRPr="002E0747" w:rsidRDefault="00E86516" w:rsidP="00E86516">
            <w:pPr>
              <w:tabs>
                <w:tab w:val="left" w:pos="912"/>
              </w:tabs>
              <w:jc w:val="center"/>
              <w:rPr>
                <w:rFonts w:ascii="Arial" w:hAnsi="Arial" w:cs="Arial"/>
                <w:sz w:val="24"/>
                <w:szCs w:val="24"/>
                <w:lang w:val="ru-RU" w:eastAsia="ru-RU"/>
              </w:rPr>
            </w:pPr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Н238.00839</w:t>
            </w:r>
          </w:p>
        </w:tc>
        <w:tc>
          <w:tcPr>
            <w:tcW w:w="2410" w:type="dxa"/>
          </w:tcPr>
          <w:p w14:paraId="70A71760" w14:textId="1F5A4CCF" w:rsidR="00E86516" w:rsidRPr="002E0747" w:rsidRDefault="00E86516" w:rsidP="00E86516">
            <w:pPr>
              <w:tabs>
                <w:tab w:val="left" w:pos="912"/>
              </w:tabs>
              <w:jc w:val="center"/>
              <w:rPr>
                <w:rFonts w:ascii="Arial" w:hAnsi="Arial" w:cs="Arial"/>
                <w:sz w:val="24"/>
                <w:szCs w:val="24"/>
                <w:lang w:val="ru-RU" w:eastAsia="ru-RU"/>
              </w:rPr>
            </w:pPr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Канализация,  К№50:22:0030601:2363</w:t>
            </w:r>
          </w:p>
        </w:tc>
        <w:tc>
          <w:tcPr>
            <w:tcW w:w="2251" w:type="dxa"/>
          </w:tcPr>
          <w:p w14:paraId="5538B4A3" w14:textId="6641751E" w:rsidR="00E86516" w:rsidRPr="002E0747" w:rsidRDefault="00E86516" w:rsidP="00E86516">
            <w:pPr>
              <w:tabs>
                <w:tab w:val="left" w:pos="912"/>
              </w:tabs>
              <w:jc w:val="center"/>
              <w:rPr>
                <w:rFonts w:ascii="Arial" w:hAnsi="Arial" w:cs="Arial"/>
                <w:sz w:val="24"/>
                <w:szCs w:val="24"/>
                <w:lang w:val="ru-RU" w:eastAsia="ru-RU"/>
              </w:rPr>
            </w:pPr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 xml:space="preserve">Российская Федерация, Московская область,                          </w:t>
            </w:r>
            <w:proofErr w:type="spellStart"/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г.о</w:t>
            </w:r>
            <w:proofErr w:type="spellEnd"/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. Люберцы,</w:t>
            </w:r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br/>
            </w:r>
            <w:proofErr w:type="spellStart"/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пгт</w:t>
            </w:r>
            <w:proofErr w:type="spellEnd"/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Малаховка</w:t>
            </w:r>
            <w:proofErr w:type="spellEnd"/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,                ул. Братская</w:t>
            </w:r>
          </w:p>
        </w:tc>
        <w:tc>
          <w:tcPr>
            <w:tcW w:w="2420" w:type="dxa"/>
          </w:tcPr>
          <w:p w14:paraId="7836EA85" w14:textId="77777777" w:rsidR="00E86516" w:rsidRPr="002E0747" w:rsidRDefault="00E86516" w:rsidP="00E86516">
            <w:pPr>
              <w:jc w:val="center"/>
              <w:rPr>
                <w:rFonts w:ascii="Arial" w:eastAsia="Calibri" w:hAnsi="Arial" w:cs="Arial"/>
                <w:sz w:val="24"/>
                <w:szCs w:val="24"/>
                <w:lang w:val="ru-RU"/>
              </w:rPr>
            </w:pPr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Выписка из ЕГРН,  запись регистрации                                                           50:22:0030601:2363-50/128/2026-1</w:t>
            </w:r>
          </w:p>
          <w:p w14:paraId="7B76A74E" w14:textId="3B02B28B" w:rsidR="00E86516" w:rsidRPr="002E0747" w:rsidRDefault="00E86516" w:rsidP="00E86516">
            <w:pPr>
              <w:tabs>
                <w:tab w:val="left" w:pos="912"/>
              </w:tabs>
              <w:jc w:val="center"/>
              <w:rPr>
                <w:rFonts w:ascii="Arial" w:hAnsi="Arial" w:cs="Arial"/>
                <w:sz w:val="24"/>
                <w:szCs w:val="24"/>
                <w:lang w:val="ru-RU" w:eastAsia="ru-RU"/>
              </w:rPr>
            </w:pPr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от 25.06.2026, собственность Городского округа  Люберцы Московской области</w:t>
            </w:r>
          </w:p>
        </w:tc>
      </w:tr>
      <w:tr w:rsidR="00E86516" w:rsidRPr="00495B8B" w14:paraId="23AC2B4B" w14:textId="77777777" w:rsidTr="00E86516">
        <w:tc>
          <w:tcPr>
            <w:tcW w:w="562" w:type="dxa"/>
          </w:tcPr>
          <w:p w14:paraId="3DFB8255" w14:textId="5A45B2ED" w:rsidR="00E86516" w:rsidRPr="002E0747" w:rsidRDefault="00E86516" w:rsidP="00E86516">
            <w:pPr>
              <w:tabs>
                <w:tab w:val="left" w:pos="912"/>
              </w:tabs>
              <w:jc w:val="center"/>
              <w:rPr>
                <w:rFonts w:ascii="Arial" w:hAnsi="Arial" w:cs="Arial"/>
                <w:sz w:val="24"/>
                <w:szCs w:val="24"/>
                <w:lang w:val="ru-RU" w:eastAsia="ru-RU"/>
              </w:rPr>
            </w:pPr>
            <w:r w:rsidRPr="002E0747">
              <w:rPr>
                <w:rFonts w:ascii="Arial" w:hAnsi="Arial" w:cs="Arial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1701" w:type="dxa"/>
          </w:tcPr>
          <w:p w14:paraId="74C3D8BB" w14:textId="3EEE1187" w:rsidR="00E86516" w:rsidRPr="002E0747" w:rsidRDefault="00E86516" w:rsidP="00E86516">
            <w:pPr>
              <w:tabs>
                <w:tab w:val="left" w:pos="912"/>
              </w:tabs>
              <w:jc w:val="center"/>
              <w:rPr>
                <w:rFonts w:ascii="Arial" w:hAnsi="Arial" w:cs="Arial"/>
                <w:sz w:val="24"/>
                <w:szCs w:val="24"/>
                <w:lang w:val="ru-RU" w:eastAsia="ru-RU"/>
              </w:rPr>
            </w:pPr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Н238.00840</w:t>
            </w:r>
          </w:p>
        </w:tc>
        <w:tc>
          <w:tcPr>
            <w:tcW w:w="2410" w:type="dxa"/>
          </w:tcPr>
          <w:p w14:paraId="185E86AE" w14:textId="4E23434E" w:rsidR="00E86516" w:rsidRPr="002E0747" w:rsidRDefault="00E86516" w:rsidP="00E86516">
            <w:pPr>
              <w:tabs>
                <w:tab w:val="left" w:pos="912"/>
              </w:tabs>
              <w:jc w:val="center"/>
              <w:rPr>
                <w:rFonts w:ascii="Arial" w:hAnsi="Arial" w:cs="Arial"/>
                <w:sz w:val="24"/>
                <w:szCs w:val="24"/>
                <w:lang w:val="ru-RU" w:eastAsia="ru-RU"/>
              </w:rPr>
            </w:pPr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КНС                                 с оборудованием,  К№50:22:0030601:2336</w:t>
            </w:r>
          </w:p>
        </w:tc>
        <w:tc>
          <w:tcPr>
            <w:tcW w:w="2251" w:type="dxa"/>
          </w:tcPr>
          <w:p w14:paraId="7D6187B7" w14:textId="39D9EA51" w:rsidR="00E86516" w:rsidRPr="002E0747" w:rsidRDefault="00E86516" w:rsidP="00E86516">
            <w:pPr>
              <w:tabs>
                <w:tab w:val="left" w:pos="912"/>
              </w:tabs>
              <w:jc w:val="center"/>
              <w:rPr>
                <w:rFonts w:ascii="Arial" w:hAnsi="Arial" w:cs="Arial"/>
                <w:sz w:val="24"/>
                <w:szCs w:val="24"/>
                <w:lang w:val="ru-RU" w:eastAsia="ru-RU"/>
              </w:rPr>
            </w:pPr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 xml:space="preserve">Московская область,                               </w:t>
            </w:r>
            <w:proofErr w:type="spellStart"/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г.о</w:t>
            </w:r>
            <w:proofErr w:type="spellEnd"/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. Люберцы,</w:t>
            </w:r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br/>
              <w:t xml:space="preserve"> </w:t>
            </w:r>
            <w:proofErr w:type="spellStart"/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пгт</w:t>
            </w:r>
            <w:proofErr w:type="spellEnd"/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Малаховка</w:t>
            </w:r>
            <w:proofErr w:type="spellEnd"/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,                ул. Братская</w:t>
            </w:r>
          </w:p>
        </w:tc>
        <w:tc>
          <w:tcPr>
            <w:tcW w:w="2420" w:type="dxa"/>
          </w:tcPr>
          <w:p w14:paraId="77FEFD3D" w14:textId="77777777" w:rsidR="00E86516" w:rsidRPr="002E0747" w:rsidRDefault="00E86516" w:rsidP="00E86516">
            <w:pPr>
              <w:jc w:val="center"/>
              <w:rPr>
                <w:rFonts w:ascii="Arial" w:eastAsia="Calibri" w:hAnsi="Arial" w:cs="Arial"/>
                <w:sz w:val="24"/>
                <w:szCs w:val="24"/>
                <w:lang w:val="ru-RU"/>
              </w:rPr>
            </w:pPr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Выписка из ЕГРН,  запись регистрации                                                           50:22:0030601:2336-50/134/2026-2</w:t>
            </w:r>
          </w:p>
          <w:p w14:paraId="0C4608DF" w14:textId="7188447A" w:rsidR="00E86516" w:rsidRPr="002E0747" w:rsidRDefault="00E86516" w:rsidP="00E86516">
            <w:pPr>
              <w:jc w:val="center"/>
              <w:rPr>
                <w:rFonts w:ascii="Arial" w:eastAsia="Calibri" w:hAnsi="Arial" w:cs="Arial"/>
                <w:sz w:val="24"/>
                <w:szCs w:val="24"/>
                <w:lang w:val="ru-RU"/>
              </w:rPr>
            </w:pPr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от 07.08.2026,</w:t>
            </w:r>
          </w:p>
          <w:p w14:paraId="75CF024A" w14:textId="77777777" w:rsidR="00E86516" w:rsidRPr="002E0747" w:rsidRDefault="00E86516" w:rsidP="00E86516">
            <w:pPr>
              <w:jc w:val="center"/>
              <w:rPr>
                <w:rFonts w:ascii="Arial" w:eastAsia="Calibri" w:hAnsi="Arial" w:cs="Arial"/>
                <w:sz w:val="24"/>
                <w:szCs w:val="24"/>
                <w:lang w:val="ru-RU"/>
              </w:rPr>
            </w:pPr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 xml:space="preserve">собственность Городского округа  </w:t>
            </w:r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lastRenderedPageBreak/>
              <w:t>Люберцы Московской области</w:t>
            </w:r>
          </w:p>
          <w:p w14:paraId="21A074C3" w14:textId="77777777" w:rsidR="00E86516" w:rsidRPr="002E0747" w:rsidRDefault="00E86516" w:rsidP="00E86516">
            <w:pPr>
              <w:tabs>
                <w:tab w:val="left" w:pos="912"/>
              </w:tabs>
              <w:jc w:val="center"/>
              <w:rPr>
                <w:rFonts w:ascii="Arial" w:hAnsi="Arial" w:cs="Arial"/>
                <w:sz w:val="24"/>
                <w:szCs w:val="24"/>
                <w:lang w:val="ru-RU" w:eastAsia="ru-RU"/>
              </w:rPr>
            </w:pPr>
          </w:p>
        </w:tc>
      </w:tr>
      <w:tr w:rsidR="00E86516" w:rsidRPr="00495B8B" w14:paraId="1025A7C3" w14:textId="77777777" w:rsidTr="00E86516">
        <w:tc>
          <w:tcPr>
            <w:tcW w:w="562" w:type="dxa"/>
          </w:tcPr>
          <w:p w14:paraId="1F05968B" w14:textId="2197C254" w:rsidR="00E86516" w:rsidRPr="002E0747" w:rsidRDefault="00E86516" w:rsidP="00E86516">
            <w:pPr>
              <w:tabs>
                <w:tab w:val="left" w:pos="912"/>
              </w:tabs>
              <w:jc w:val="center"/>
              <w:rPr>
                <w:rFonts w:ascii="Arial" w:hAnsi="Arial" w:cs="Arial"/>
                <w:sz w:val="24"/>
                <w:szCs w:val="24"/>
                <w:lang w:val="ru-RU" w:eastAsia="ru-RU"/>
              </w:rPr>
            </w:pPr>
            <w:r w:rsidRPr="002E0747">
              <w:rPr>
                <w:rFonts w:ascii="Arial" w:hAnsi="Arial" w:cs="Arial"/>
                <w:sz w:val="24"/>
                <w:szCs w:val="24"/>
                <w:lang w:val="ru-RU" w:eastAsia="ru-RU"/>
              </w:rPr>
              <w:lastRenderedPageBreak/>
              <w:t>4</w:t>
            </w:r>
          </w:p>
        </w:tc>
        <w:tc>
          <w:tcPr>
            <w:tcW w:w="1701" w:type="dxa"/>
          </w:tcPr>
          <w:p w14:paraId="346D121C" w14:textId="5606C44A" w:rsidR="00E86516" w:rsidRPr="002E0747" w:rsidRDefault="00E86516" w:rsidP="00E86516">
            <w:pPr>
              <w:tabs>
                <w:tab w:val="left" w:pos="912"/>
              </w:tabs>
              <w:jc w:val="center"/>
              <w:rPr>
                <w:rFonts w:ascii="Arial" w:hAnsi="Arial" w:cs="Arial"/>
                <w:sz w:val="24"/>
                <w:szCs w:val="24"/>
                <w:lang w:val="ru-RU" w:eastAsia="ru-RU"/>
              </w:rPr>
            </w:pPr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Н238.00864</w:t>
            </w:r>
          </w:p>
        </w:tc>
        <w:tc>
          <w:tcPr>
            <w:tcW w:w="2410" w:type="dxa"/>
          </w:tcPr>
          <w:p w14:paraId="575C9E2D" w14:textId="5CA5386D" w:rsidR="00E86516" w:rsidRPr="002E0747" w:rsidRDefault="00E86516" w:rsidP="00E86516">
            <w:pPr>
              <w:tabs>
                <w:tab w:val="left" w:pos="912"/>
              </w:tabs>
              <w:jc w:val="center"/>
              <w:rPr>
                <w:rFonts w:ascii="Arial" w:hAnsi="Arial" w:cs="Arial"/>
                <w:sz w:val="24"/>
                <w:szCs w:val="24"/>
                <w:lang w:val="ru-RU" w:eastAsia="ru-RU"/>
              </w:rPr>
            </w:pPr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Нежилое здание, К№50:22:0010101:9913</w:t>
            </w:r>
          </w:p>
        </w:tc>
        <w:tc>
          <w:tcPr>
            <w:tcW w:w="2251" w:type="dxa"/>
          </w:tcPr>
          <w:p w14:paraId="172D14AB" w14:textId="49729CDE" w:rsidR="00E86516" w:rsidRPr="002E0747" w:rsidRDefault="00E86516" w:rsidP="00E86516">
            <w:pPr>
              <w:tabs>
                <w:tab w:val="left" w:pos="912"/>
              </w:tabs>
              <w:jc w:val="center"/>
              <w:rPr>
                <w:rFonts w:ascii="Arial" w:hAnsi="Arial" w:cs="Arial"/>
                <w:sz w:val="24"/>
                <w:szCs w:val="24"/>
                <w:lang w:val="ru-RU" w:eastAsia="ru-RU"/>
              </w:rPr>
            </w:pPr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 xml:space="preserve">Московская область,                             </w:t>
            </w:r>
            <w:proofErr w:type="spellStart"/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г.о</w:t>
            </w:r>
            <w:proofErr w:type="spellEnd"/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. Люберцы,                     г. Люберцы,                     ул. 8 Марта</w:t>
            </w:r>
          </w:p>
        </w:tc>
        <w:tc>
          <w:tcPr>
            <w:tcW w:w="2420" w:type="dxa"/>
          </w:tcPr>
          <w:p w14:paraId="4CF8C05F" w14:textId="77777777" w:rsidR="00E86516" w:rsidRPr="002E0747" w:rsidRDefault="00E86516" w:rsidP="00E86516">
            <w:pPr>
              <w:jc w:val="center"/>
              <w:rPr>
                <w:rFonts w:ascii="Arial" w:eastAsia="Calibri" w:hAnsi="Arial" w:cs="Arial"/>
                <w:sz w:val="24"/>
                <w:szCs w:val="24"/>
                <w:lang w:val="ru-RU"/>
              </w:rPr>
            </w:pPr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Выписка из ЕГРН,  запись регистрации   50:22:0010101:9913-50/117/2026-2</w:t>
            </w:r>
          </w:p>
          <w:p w14:paraId="7DF8E08A" w14:textId="13B7EF30" w:rsidR="00E86516" w:rsidRPr="002E0747" w:rsidRDefault="00E86516" w:rsidP="00E86516">
            <w:pPr>
              <w:jc w:val="center"/>
              <w:rPr>
                <w:rFonts w:ascii="Arial" w:eastAsia="Calibri" w:hAnsi="Arial" w:cs="Arial"/>
                <w:sz w:val="24"/>
                <w:szCs w:val="24"/>
                <w:lang w:val="ru-RU"/>
              </w:rPr>
            </w:pPr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от 06.08.2026,</w:t>
            </w:r>
          </w:p>
          <w:p w14:paraId="377EA250" w14:textId="4FCAFAC7" w:rsidR="00E86516" w:rsidRPr="002E0747" w:rsidRDefault="00E86516" w:rsidP="00E86516">
            <w:pPr>
              <w:tabs>
                <w:tab w:val="left" w:pos="912"/>
              </w:tabs>
              <w:jc w:val="center"/>
              <w:rPr>
                <w:rFonts w:ascii="Arial" w:hAnsi="Arial" w:cs="Arial"/>
                <w:sz w:val="24"/>
                <w:szCs w:val="24"/>
                <w:lang w:val="ru-RU" w:eastAsia="ru-RU"/>
              </w:rPr>
            </w:pPr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собственность Городского округа  Люберцы Московской области</w:t>
            </w:r>
          </w:p>
        </w:tc>
      </w:tr>
      <w:tr w:rsidR="00E86516" w:rsidRPr="00495B8B" w14:paraId="335C6BF6" w14:textId="77777777" w:rsidTr="00E86516">
        <w:tc>
          <w:tcPr>
            <w:tcW w:w="562" w:type="dxa"/>
          </w:tcPr>
          <w:p w14:paraId="0FA1AF5F" w14:textId="39038CD2" w:rsidR="00E86516" w:rsidRPr="002E0747" w:rsidRDefault="00E86516" w:rsidP="00E86516">
            <w:pPr>
              <w:tabs>
                <w:tab w:val="left" w:pos="912"/>
              </w:tabs>
              <w:jc w:val="center"/>
              <w:rPr>
                <w:rFonts w:ascii="Arial" w:hAnsi="Arial" w:cs="Arial"/>
                <w:sz w:val="24"/>
                <w:szCs w:val="24"/>
                <w:lang w:val="ru-RU" w:eastAsia="ru-RU"/>
              </w:rPr>
            </w:pPr>
            <w:r w:rsidRPr="002E0747">
              <w:rPr>
                <w:rFonts w:ascii="Arial" w:hAnsi="Arial" w:cs="Arial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1701" w:type="dxa"/>
          </w:tcPr>
          <w:p w14:paraId="48D18695" w14:textId="583E16AD" w:rsidR="00E86516" w:rsidRPr="002E0747" w:rsidRDefault="00E86516" w:rsidP="00E86516">
            <w:pPr>
              <w:tabs>
                <w:tab w:val="left" w:pos="912"/>
              </w:tabs>
              <w:jc w:val="center"/>
              <w:rPr>
                <w:rFonts w:ascii="Arial" w:hAnsi="Arial" w:cs="Arial"/>
                <w:sz w:val="24"/>
                <w:szCs w:val="24"/>
                <w:lang w:val="ru-RU" w:eastAsia="ru-RU"/>
              </w:rPr>
            </w:pPr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Н238.00884</w:t>
            </w:r>
          </w:p>
        </w:tc>
        <w:tc>
          <w:tcPr>
            <w:tcW w:w="2410" w:type="dxa"/>
          </w:tcPr>
          <w:p w14:paraId="2924EF60" w14:textId="60F8C223" w:rsidR="00E86516" w:rsidRPr="002E0747" w:rsidRDefault="00E86516" w:rsidP="00E86516">
            <w:pPr>
              <w:tabs>
                <w:tab w:val="left" w:pos="912"/>
              </w:tabs>
              <w:jc w:val="center"/>
              <w:rPr>
                <w:rFonts w:ascii="Arial" w:hAnsi="Arial" w:cs="Arial"/>
                <w:sz w:val="24"/>
                <w:szCs w:val="24"/>
                <w:lang w:val="ru-RU" w:eastAsia="ru-RU"/>
              </w:rPr>
            </w:pPr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нежилое здание                (сарай),                   К№50:22:0010205:2715</w:t>
            </w:r>
          </w:p>
        </w:tc>
        <w:tc>
          <w:tcPr>
            <w:tcW w:w="2251" w:type="dxa"/>
          </w:tcPr>
          <w:p w14:paraId="09000946" w14:textId="423CAA02" w:rsidR="00E86516" w:rsidRPr="002E0747" w:rsidRDefault="00E86516" w:rsidP="00E86516">
            <w:pPr>
              <w:tabs>
                <w:tab w:val="left" w:pos="912"/>
              </w:tabs>
              <w:jc w:val="center"/>
              <w:rPr>
                <w:rFonts w:ascii="Arial" w:hAnsi="Arial" w:cs="Arial"/>
                <w:sz w:val="24"/>
                <w:szCs w:val="24"/>
                <w:lang w:val="ru-RU" w:eastAsia="ru-RU"/>
              </w:rPr>
            </w:pPr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 xml:space="preserve">Московская </w:t>
            </w:r>
            <w:proofErr w:type="gramStart"/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 xml:space="preserve">область,   </w:t>
            </w:r>
            <w:proofErr w:type="gramEnd"/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 xml:space="preserve">                         </w:t>
            </w:r>
            <w:proofErr w:type="spellStart"/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г.о</w:t>
            </w:r>
            <w:proofErr w:type="spellEnd"/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. Люберцы,                    г. Люберцы,                     ул. Кирова, возле дома №39,  строение 1</w:t>
            </w:r>
          </w:p>
        </w:tc>
        <w:tc>
          <w:tcPr>
            <w:tcW w:w="2420" w:type="dxa"/>
          </w:tcPr>
          <w:p w14:paraId="2C52DAC8" w14:textId="77777777" w:rsidR="00E86516" w:rsidRPr="002E0747" w:rsidRDefault="00E86516" w:rsidP="00E86516">
            <w:pPr>
              <w:jc w:val="center"/>
              <w:rPr>
                <w:rFonts w:ascii="Arial" w:eastAsia="Calibri" w:hAnsi="Arial" w:cs="Arial"/>
                <w:sz w:val="24"/>
                <w:szCs w:val="24"/>
                <w:lang w:val="ru-RU"/>
              </w:rPr>
            </w:pPr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Выписка из ЕГРН,  запись регистрации  50:22:0010205:2715-50/123/2026-2</w:t>
            </w:r>
          </w:p>
          <w:p w14:paraId="61707C46" w14:textId="019FEC26" w:rsidR="00E86516" w:rsidRPr="002E0747" w:rsidRDefault="00E86516" w:rsidP="00E86516">
            <w:pPr>
              <w:tabs>
                <w:tab w:val="left" w:pos="912"/>
              </w:tabs>
              <w:jc w:val="center"/>
              <w:rPr>
                <w:rFonts w:ascii="Arial" w:hAnsi="Arial" w:cs="Arial"/>
                <w:sz w:val="24"/>
                <w:szCs w:val="24"/>
                <w:lang w:val="ru-RU" w:eastAsia="ru-RU"/>
              </w:rPr>
            </w:pPr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от 21.08.2026,                                                         собственность Городского округа  Люберцы Московской области</w:t>
            </w:r>
          </w:p>
        </w:tc>
      </w:tr>
      <w:tr w:rsidR="00E86516" w:rsidRPr="00495B8B" w14:paraId="180D2C1B" w14:textId="77777777" w:rsidTr="00E86516">
        <w:tc>
          <w:tcPr>
            <w:tcW w:w="562" w:type="dxa"/>
          </w:tcPr>
          <w:p w14:paraId="7BA690BC" w14:textId="6F3317D6" w:rsidR="00E86516" w:rsidRPr="002E0747" w:rsidRDefault="00E86516" w:rsidP="00E86516">
            <w:pPr>
              <w:tabs>
                <w:tab w:val="left" w:pos="912"/>
              </w:tabs>
              <w:jc w:val="center"/>
              <w:rPr>
                <w:rFonts w:ascii="Arial" w:hAnsi="Arial" w:cs="Arial"/>
                <w:sz w:val="24"/>
                <w:szCs w:val="24"/>
                <w:lang w:val="ru-RU" w:eastAsia="ru-RU"/>
              </w:rPr>
            </w:pPr>
            <w:r w:rsidRPr="002E0747">
              <w:rPr>
                <w:rFonts w:ascii="Arial" w:hAnsi="Arial" w:cs="Arial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1701" w:type="dxa"/>
          </w:tcPr>
          <w:p w14:paraId="400B6A5E" w14:textId="16266921" w:rsidR="00E86516" w:rsidRPr="002E0747" w:rsidRDefault="00E86516" w:rsidP="00E86516">
            <w:pPr>
              <w:tabs>
                <w:tab w:val="left" w:pos="912"/>
              </w:tabs>
              <w:jc w:val="center"/>
              <w:rPr>
                <w:rFonts w:ascii="Arial" w:hAnsi="Arial" w:cs="Arial"/>
                <w:sz w:val="24"/>
                <w:szCs w:val="24"/>
                <w:lang w:val="ru-RU" w:eastAsia="ru-RU"/>
              </w:rPr>
            </w:pPr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Н238.00885</w:t>
            </w:r>
          </w:p>
        </w:tc>
        <w:tc>
          <w:tcPr>
            <w:tcW w:w="2410" w:type="dxa"/>
          </w:tcPr>
          <w:p w14:paraId="10FC6B8C" w14:textId="5A9BC3B8" w:rsidR="00E86516" w:rsidRPr="002E0747" w:rsidRDefault="00E86516" w:rsidP="00E86516">
            <w:pPr>
              <w:tabs>
                <w:tab w:val="left" w:pos="912"/>
              </w:tabs>
              <w:jc w:val="center"/>
              <w:rPr>
                <w:rFonts w:ascii="Arial" w:hAnsi="Arial" w:cs="Arial"/>
                <w:sz w:val="24"/>
                <w:szCs w:val="24"/>
                <w:lang w:val="ru-RU" w:eastAsia="ru-RU"/>
              </w:rPr>
            </w:pPr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нежилое здание                (сарай),                      К№50:22:0010205:2716</w:t>
            </w:r>
          </w:p>
        </w:tc>
        <w:tc>
          <w:tcPr>
            <w:tcW w:w="2251" w:type="dxa"/>
          </w:tcPr>
          <w:p w14:paraId="3EB693B4" w14:textId="24B0548B" w:rsidR="00E86516" w:rsidRPr="002E0747" w:rsidRDefault="00E86516" w:rsidP="00E86516">
            <w:pPr>
              <w:tabs>
                <w:tab w:val="left" w:pos="912"/>
              </w:tabs>
              <w:jc w:val="center"/>
              <w:rPr>
                <w:rFonts w:ascii="Arial" w:hAnsi="Arial" w:cs="Arial"/>
                <w:sz w:val="24"/>
                <w:szCs w:val="24"/>
                <w:lang w:val="ru-RU" w:eastAsia="ru-RU"/>
              </w:rPr>
            </w:pPr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 xml:space="preserve">Московская </w:t>
            </w:r>
            <w:proofErr w:type="gramStart"/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 xml:space="preserve">область,   </w:t>
            </w:r>
            <w:proofErr w:type="gramEnd"/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 xml:space="preserve">                         </w:t>
            </w:r>
            <w:proofErr w:type="spellStart"/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г.о</w:t>
            </w:r>
            <w:proofErr w:type="spellEnd"/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. Люберцы,                        г. Люберцы,                       ул. Кирова, возле дома №39,    строение 2</w:t>
            </w:r>
          </w:p>
        </w:tc>
        <w:tc>
          <w:tcPr>
            <w:tcW w:w="2420" w:type="dxa"/>
          </w:tcPr>
          <w:p w14:paraId="1BA82526" w14:textId="77777777" w:rsidR="00E86516" w:rsidRPr="002E0747" w:rsidRDefault="00E86516" w:rsidP="00E86516">
            <w:pPr>
              <w:jc w:val="center"/>
              <w:rPr>
                <w:rFonts w:ascii="Arial" w:eastAsia="Calibri" w:hAnsi="Arial" w:cs="Arial"/>
                <w:sz w:val="24"/>
                <w:szCs w:val="24"/>
                <w:lang w:val="ru-RU"/>
              </w:rPr>
            </w:pPr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Выписка из ЕГРН,  запись регистрации                                                          50:22:0010205:2716-50/123/2026-2</w:t>
            </w:r>
          </w:p>
          <w:p w14:paraId="1CA5F5AE" w14:textId="125FC973" w:rsidR="00E86516" w:rsidRPr="002E0747" w:rsidRDefault="00E86516" w:rsidP="00E86516">
            <w:pPr>
              <w:jc w:val="center"/>
              <w:rPr>
                <w:rFonts w:ascii="Arial" w:eastAsia="Calibri" w:hAnsi="Arial" w:cs="Arial"/>
                <w:sz w:val="24"/>
                <w:szCs w:val="24"/>
                <w:lang w:val="ru-RU"/>
              </w:rPr>
            </w:pPr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от 21.08.2026,</w:t>
            </w:r>
          </w:p>
          <w:p w14:paraId="7D4D42EB" w14:textId="25CEC3A4" w:rsidR="00E86516" w:rsidRPr="002E0747" w:rsidRDefault="00E86516" w:rsidP="00E86516">
            <w:pPr>
              <w:tabs>
                <w:tab w:val="left" w:pos="912"/>
              </w:tabs>
              <w:jc w:val="center"/>
              <w:rPr>
                <w:rFonts w:ascii="Arial" w:hAnsi="Arial" w:cs="Arial"/>
                <w:sz w:val="24"/>
                <w:szCs w:val="24"/>
                <w:lang w:val="ru-RU" w:eastAsia="ru-RU"/>
              </w:rPr>
            </w:pPr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собственность Городского округа  Люберцы Московской области</w:t>
            </w:r>
          </w:p>
        </w:tc>
      </w:tr>
      <w:tr w:rsidR="00E86516" w:rsidRPr="00495B8B" w14:paraId="1AA50A37" w14:textId="77777777" w:rsidTr="00E86516">
        <w:tc>
          <w:tcPr>
            <w:tcW w:w="562" w:type="dxa"/>
          </w:tcPr>
          <w:p w14:paraId="4C61CFAA" w14:textId="2D4D18B7" w:rsidR="00E86516" w:rsidRPr="002E0747" w:rsidRDefault="00E86516" w:rsidP="00E86516">
            <w:pPr>
              <w:tabs>
                <w:tab w:val="left" w:pos="912"/>
              </w:tabs>
              <w:jc w:val="center"/>
              <w:rPr>
                <w:rFonts w:ascii="Arial" w:hAnsi="Arial" w:cs="Arial"/>
                <w:sz w:val="24"/>
                <w:szCs w:val="24"/>
                <w:lang w:val="ru-RU" w:eastAsia="ru-RU"/>
              </w:rPr>
            </w:pPr>
            <w:r w:rsidRPr="002E0747">
              <w:rPr>
                <w:rFonts w:ascii="Arial" w:hAnsi="Arial" w:cs="Arial"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1701" w:type="dxa"/>
          </w:tcPr>
          <w:p w14:paraId="5F688E03" w14:textId="01B9E3E0" w:rsidR="00E86516" w:rsidRPr="002E0747" w:rsidRDefault="00E86516" w:rsidP="00E86516">
            <w:pPr>
              <w:tabs>
                <w:tab w:val="left" w:pos="912"/>
              </w:tabs>
              <w:jc w:val="center"/>
              <w:rPr>
                <w:rFonts w:ascii="Arial" w:hAnsi="Arial" w:cs="Arial"/>
                <w:sz w:val="24"/>
                <w:szCs w:val="24"/>
                <w:lang w:val="ru-RU" w:eastAsia="ru-RU"/>
              </w:rPr>
            </w:pPr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Н238.00886</w:t>
            </w:r>
          </w:p>
        </w:tc>
        <w:tc>
          <w:tcPr>
            <w:tcW w:w="2410" w:type="dxa"/>
          </w:tcPr>
          <w:p w14:paraId="491D0073" w14:textId="5367AF1D" w:rsidR="00E86516" w:rsidRPr="002E0747" w:rsidRDefault="00E86516" w:rsidP="00E86516">
            <w:pPr>
              <w:tabs>
                <w:tab w:val="left" w:pos="912"/>
              </w:tabs>
              <w:jc w:val="center"/>
              <w:rPr>
                <w:rFonts w:ascii="Arial" w:hAnsi="Arial" w:cs="Arial"/>
                <w:sz w:val="24"/>
                <w:szCs w:val="24"/>
                <w:lang w:val="ru-RU" w:eastAsia="ru-RU"/>
              </w:rPr>
            </w:pPr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нежилое здание                (сарай),                   К№50:22:0010205:2719</w:t>
            </w:r>
          </w:p>
        </w:tc>
        <w:tc>
          <w:tcPr>
            <w:tcW w:w="2251" w:type="dxa"/>
          </w:tcPr>
          <w:p w14:paraId="78A7232D" w14:textId="4BB5C1DB" w:rsidR="00E86516" w:rsidRPr="002E0747" w:rsidRDefault="00E86516" w:rsidP="00E86516">
            <w:pPr>
              <w:tabs>
                <w:tab w:val="left" w:pos="912"/>
              </w:tabs>
              <w:jc w:val="center"/>
              <w:rPr>
                <w:rFonts w:ascii="Arial" w:hAnsi="Arial" w:cs="Arial"/>
                <w:sz w:val="24"/>
                <w:szCs w:val="24"/>
                <w:lang w:val="ru-RU" w:eastAsia="ru-RU"/>
              </w:rPr>
            </w:pPr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 xml:space="preserve">Московская </w:t>
            </w:r>
            <w:proofErr w:type="gramStart"/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 xml:space="preserve">область,   </w:t>
            </w:r>
            <w:proofErr w:type="gramEnd"/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 xml:space="preserve">                         </w:t>
            </w:r>
            <w:proofErr w:type="spellStart"/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г.о</w:t>
            </w:r>
            <w:proofErr w:type="spellEnd"/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. Люберцы,                        г. Люберцы,                    ул. Кирова,                  возле дома №39, строение 3</w:t>
            </w:r>
          </w:p>
        </w:tc>
        <w:tc>
          <w:tcPr>
            <w:tcW w:w="2420" w:type="dxa"/>
          </w:tcPr>
          <w:p w14:paraId="16DAC2A2" w14:textId="77777777" w:rsidR="00E86516" w:rsidRPr="002E0747" w:rsidRDefault="00E86516" w:rsidP="00E86516">
            <w:pPr>
              <w:jc w:val="center"/>
              <w:rPr>
                <w:rFonts w:ascii="Arial" w:eastAsia="Calibri" w:hAnsi="Arial" w:cs="Arial"/>
                <w:sz w:val="24"/>
                <w:szCs w:val="24"/>
                <w:lang w:val="ru-RU"/>
              </w:rPr>
            </w:pPr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Выписка из ЕГРН,  запись регистрации  50:22:0010205:2719-50/112/2026-1</w:t>
            </w:r>
          </w:p>
          <w:p w14:paraId="3EFD68AA" w14:textId="61696CAF" w:rsidR="00E86516" w:rsidRPr="002E0747" w:rsidRDefault="00E86516" w:rsidP="00E86516">
            <w:pPr>
              <w:tabs>
                <w:tab w:val="left" w:pos="912"/>
              </w:tabs>
              <w:jc w:val="center"/>
              <w:rPr>
                <w:rFonts w:ascii="Arial" w:hAnsi="Arial" w:cs="Arial"/>
                <w:sz w:val="24"/>
                <w:szCs w:val="24"/>
                <w:lang w:val="ru-RU" w:eastAsia="ru-RU"/>
              </w:rPr>
            </w:pPr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от 24.08.2026,                                                         собственность Городского округа  Люберцы Московской области</w:t>
            </w:r>
          </w:p>
        </w:tc>
      </w:tr>
      <w:tr w:rsidR="00E86516" w:rsidRPr="00495B8B" w14:paraId="7243475F" w14:textId="77777777" w:rsidTr="00E86516">
        <w:tc>
          <w:tcPr>
            <w:tcW w:w="562" w:type="dxa"/>
          </w:tcPr>
          <w:p w14:paraId="329E828C" w14:textId="247B5961" w:rsidR="00E86516" w:rsidRPr="002E0747" w:rsidRDefault="00E86516" w:rsidP="00E86516">
            <w:pPr>
              <w:tabs>
                <w:tab w:val="left" w:pos="912"/>
              </w:tabs>
              <w:jc w:val="center"/>
              <w:rPr>
                <w:rFonts w:ascii="Arial" w:hAnsi="Arial" w:cs="Arial"/>
                <w:sz w:val="24"/>
                <w:szCs w:val="24"/>
                <w:lang w:val="ru-RU" w:eastAsia="ru-RU"/>
              </w:rPr>
            </w:pPr>
            <w:r w:rsidRPr="002E0747">
              <w:rPr>
                <w:rFonts w:ascii="Arial" w:hAnsi="Arial" w:cs="Arial"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1701" w:type="dxa"/>
          </w:tcPr>
          <w:p w14:paraId="06030988" w14:textId="2B20B5FB" w:rsidR="00E86516" w:rsidRPr="002E0747" w:rsidRDefault="00E86516" w:rsidP="00E86516">
            <w:pPr>
              <w:tabs>
                <w:tab w:val="left" w:pos="912"/>
              </w:tabs>
              <w:jc w:val="center"/>
              <w:rPr>
                <w:rFonts w:ascii="Arial" w:eastAsia="Calibri" w:hAnsi="Arial" w:cs="Arial"/>
                <w:sz w:val="24"/>
                <w:szCs w:val="24"/>
                <w:lang w:val="ru-RU"/>
              </w:rPr>
            </w:pPr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Н238.00887</w:t>
            </w:r>
          </w:p>
        </w:tc>
        <w:tc>
          <w:tcPr>
            <w:tcW w:w="2410" w:type="dxa"/>
          </w:tcPr>
          <w:p w14:paraId="3D9163A0" w14:textId="20F22C90" w:rsidR="00E86516" w:rsidRPr="002E0747" w:rsidRDefault="00E86516" w:rsidP="00E86516">
            <w:pPr>
              <w:tabs>
                <w:tab w:val="left" w:pos="912"/>
              </w:tabs>
              <w:jc w:val="center"/>
              <w:rPr>
                <w:rFonts w:ascii="Arial" w:eastAsia="Calibri" w:hAnsi="Arial" w:cs="Arial"/>
                <w:sz w:val="24"/>
                <w:szCs w:val="24"/>
                <w:lang w:val="ru-RU"/>
              </w:rPr>
            </w:pPr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нежилое здание                (сарай),                    К№50:22:0010205:2718</w:t>
            </w:r>
          </w:p>
        </w:tc>
        <w:tc>
          <w:tcPr>
            <w:tcW w:w="2251" w:type="dxa"/>
          </w:tcPr>
          <w:p w14:paraId="0DA7B3F7" w14:textId="05A443A4" w:rsidR="00E86516" w:rsidRPr="002E0747" w:rsidRDefault="00E86516" w:rsidP="00E86516">
            <w:pPr>
              <w:tabs>
                <w:tab w:val="left" w:pos="912"/>
              </w:tabs>
              <w:jc w:val="center"/>
              <w:rPr>
                <w:rFonts w:ascii="Arial" w:eastAsia="Calibri" w:hAnsi="Arial" w:cs="Arial"/>
                <w:sz w:val="24"/>
                <w:szCs w:val="24"/>
                <w:lang w:val="ru-RU"/>
              </w:rPr>
            </w:pPr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 xml:space="preserve">Московская </w:t>
            </w:r>
            <w:proofErr w:type="gramStart"/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 xml:space="preserve">область,   </w:t>
            </w:r>
            <w:proofErr w:type="gramEnd"/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 xml:space="preserve">                         </w:t>
            </w:r>
            <w:proofErr w:type="spellStart"/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г.о</w:t>
            </w:r>
            <w:proofErr w:type="spellEnd"/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 xml:space="preserve">. Люберцы,                        г. Люберцы,                    ул. Кирова,                  возле дома №39, </w:t>
            </w:r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lastRenderedPageBreak/>
              <w:t>строение 4</w:t>
            </w:r>
          </w:p>
        </w:tc>
        <w:tc>
          <w:tcPr>
            <w:tcW w:w="2420" w:type="dxa"/>
          </w:tcPr>
          <w:p w14:paraId="09C3AE51" w14:textId="77777777" w:rsidR="00E86516" w:rsidRPr="002E0747" w:rsidRDefault="00E86516" w:rsidP="00E86516">
            <w:pPr>
              <w:jc w:val="center"/>
              <w:rPr>
                <w:rFonts w:ascii="Arial" w:eastAsia="Calibri" w:hAnsi="Arial" w:cs="Arial"/>
                <w:sz w:val="24"/>
                <w:szCs w:val="24"/>
                <w:lang w:val="ru-RU"/>
              </w:rPr>
            </w:pPr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lastRenderedPageBreak/>
              <w:t>Выписка из ЕГРН,  запись регистрации  50:22:0010205:2718-50/137/2026-2</w:t>
            </w:r>
          </w:p>
          <w:p w14:paraId="75AFBF1A" w14:textId="330314B2" w:rsidR="00E86516" w:rsidRPr="002E0747" w:rsidRDefault="00E86516" w:rsidP="00E86516">
            <w:pPr>
              <w:tabs>
                <w:tab w:val="left" w:pos="912"/>
              </w:tabs>
              <w:jc w:val="center"/>
              <w:rPr>
                <w:rFonts w:ascii="Arial" w:eastAsia="Calibri" w:hAnsi="Arial" w:cs="Arial"/>
                <w:sz w:val="24"/>
                <w:szCs w:val="24"/>
                <w:lang w:val="ru-RU"/>
              </w:rPr>
            </w:pPr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 xml:space="preserve">от 25.08.2026,                                                         </w:t>
            </w:r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lastRenderedPageBreak/>
              <w:t>собственность Городского округа  Люберцы Московской области</w:t>
            </w:r>
          </w:p>
        </w:tc>
      </w:tr>
      <w:tr w:rsidR="00E86516" w:rsidRPr="00495B8B" w14:paraId="70B97AF5" w14:textId="77777777" w:rsidTr="00E86516">
        <w:tc>
          <w:tcPr>
            <w:tcW w:w="562" w:type="dxa"/>
          </w:tcPr>
          <w:p w14:paraId="1A15FC54" w14:textId="183DBE25" w:rsidR="00E86516" w:rsidRPr="002E0747" w:rsidRDefault="00E86516" w:rsidP="00E86516">
            <w:pPr>
              <w:tabs>
                <w:tab w:val="left" w:pos="912"/>
              </w:tabs>
              <w:jc w:val="center"/>
              <w:rPr>
                <w:rFonts w:ascii="Arial" w:hAnsi="Arial" w:cs="Arial"/>
                <w:sz w:val="24"/>
                <w:szCs w:val="24"/>
                <w:lang w:val="ru-RU" w:eastAsia="ru-RU"/>
              </w:rPr>
            </w:pPr>
            <w:r w:rsidRPr="002E0747">
              <w:rPr>
                <w:rFonts w:ascii="Arial" w:hAnsi="Arial" w:cs="Arial"/>
                <w:sz w:val="24"/>
                <w:szCs w:val="24"/>
                <w:lang w:val="ru-RU" w:eastAsia="ru-RU"/>
              </w:rPr>
              <w:lastRenderedPageBreak/>
              <w:t>9</w:t>
            </w:r>
          </w:p>
        </w:tc>
        <w:tc>
          <w:tcPr>
            <w:tcW w:w="1701" w:type="dxa"/>
          </w:tcPr>
          <w:p w14:paraId="587DDCE2" w14:textId="13B43DE0" w:rsidR="00E86516" w:rsidRPr="002E0747" w:rsidRDefault="00E86516" w:rsidP="00E86516">
            <w:pPr>
              <w:tabs>
                <w:tab w:val="left" w:pos="912"/>
              </w:tabs>
              <w:jc w:val="center"/>
              <w:rPr>
                <w:rFonts w:ascii="Arial" w:eastAsia="Calibri" w:hAnsi="Arial" w:cs="Arial"/>
                <w:sz w:val="24"/>
                <w:szCs w:val="24"/>
                <w:lang w:val="ru-RU"/>
              </w:rPr>
            </w:pPr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Н238.00888</w:t>
            </w:r>
          </w:p>
        </w:tc>
        <w:tc>
          <w:tcPr>
            <w:tcW w:w="2410" w:type="dxa"/>
          </w:tcPr>
          <w:p w14:paraId="04B68934" w14:textId="7FBFFF6A" w:rsidR="00E86516" w:rsidRPr="002E0747" w:rsidRDefault="00E86516" w:rsidP="00E86516">
            <w:pPr>
              <w:jc w:val="center"/>
              <w:rPr>
                <w:rFonts w:ascii="Arial" w:eastAsia="Calibri" w:hAnsi="Arial" w:cs="Arial"/>
                <w:sz w:val="24"/>
                <w:szCs w:val="24"/>
                <w:lang w:val="ru-RU"/>
              </w:rPr>
            </w:pPr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нежилое здание                (сарай),</w:t>
            </w:r>
          </w:p>
          <w:p w14:paraId="69BA46A9" w14:textId="77777777" w:rsidR="00E86516" w:rsidRPr="002E0747" w:rsidRDefault="00E86516" w:rsidP="00E86516">
            <w:pPr>
              <w:jc w:val="center"/>
              <w:rPr>
                <w:rFonts w:ascii="Arial" w:eastAsia="Calibri" w:hAnsi="Arial" w:cs="Arial"/>
                <w:sz w:val="24"/>
                <w:szCs w:val="24"/>
                <w:lang w:val="ru-RU"/>
              </w:rPr>
            </w:pPr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К№50:22:0010205:2713</w:t>
            </w:r>
          </w:p>
          <w:p w14:paraId="6F8FB70B" w14:textId="77777777" w:rsidR="00E86516" w:rsidRPr="002E0747" w:rsidRDefault="00E86516" w:rsidP="00E86516">
            <w:pPr>
              <w:tabs>
                <w:tab w:val="left" w:pos="912"/>
              </w:tabs>
              <w:jc w:val="center"/>
              <w:rPr>
                <w:rFonts w:ascii="Arial" w:eastAsia="Calibri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2251" w:type="dxa"/>
          </w:tcPr>
          <w:p w14:paraId="776E253E" w14:textId="2A35B922" w:rsidR="00E86516" w:rsidRPr="002E0747" w:rsidRDefault="00E86516" w:rsidP="00E86516">
            <w:pPr>
              <w:tabs>
                <w:tab w:val="left" w:pos="912"/>
              </w:tabs>
              <w:jc w:val="center"/>
              <w:rPr>
                <w:rFonts w:ascii="Arial" w:eastAsia="Calibri" w:hAnsi="Arial" w:cs="Arial"/>
                <w:sz w:val="24"/>
                <w:szCs w:val="24"/>
                <w:lang w:val="ru-RU"/>
              </w:rPr>
            </w:pPr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 xml:space="preserve">Московская </w:t>
            </w:r>
            <w:proofErr w:type="gramStart"/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 xml:space="preserve">область,   </w:t>
            </w:r>
            <w:proofErr w:type="gramEnd"/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 xml:space="preserve">                         </w:t>
            </w:r>
            <w:proofErr w:type="spellStart"/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г.о</w:t>
            </w:r>
            <w:proofErr w:type="spellEnd"/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. Люберцы,                        г. Люберцы,                    ул. Кирова,                  возле дома №39, строение 5</w:t>
            </w:r>
          </w:p>
        </w:tc>
        <w:tc>
          <w:tcPr>
            <w:tcW w:w="2420" w:type="dxa"/>
          </w:tcPr>
          <w:p w14:paraId="6A0C0ADE" w14:textId="77777777" w:rsidR="00E86516" w:rsidRPr="002E0747" w:rsidRDefault="00E86516" w:rsidP="00E86516">
            <w:pPr>
              <w:jc w:val="center"/>
              <w:rPr>
                <w:rFonts w:ascii="Arial" w:eastAsia="Calibri" w:hAnsi="Arial" w:cs="Arial"/>
                <w:sz w:val="24"/>
                <w:szCs w:val="24"/>
                <w:lang w:val="ru-RU"/>
              </w:rPr>
            </w:pPr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Выписка из ЕГРН,  запись регистрации  50:22:0010205:2713-50/137/2026-2</w:t>
            </w:r>
          </w:p>
          <w:p w14:paraId="5797AC4A" w14:textId="6B09C55B" w:rsidR="00E86516" w:rsidRPr="002E0747" w:rsidRDefault="00E86516" w:rsidP="00E86516">
            <w:pPr>
              <w:tabs>
                <w:tab w:val="left" w:pos="912"/>
              </w:tabs>
              <w:jc w:val="center"/>
              <w:rPr>
                <w:rFonts w:ascii="Arial" w:eastAsia="Calibri" w:hAnsi="Arial" w:cs="Arial"/>
                <w:sz w:val="24"/>
                <w:szCs w:val="24"/>
                <w:lang w:val="ru-RU"/>
              </w:rPr>
            </w:pPr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от 21.08.2026,                                                         собственность Городского округа  Люберцы Московской области</w:t>
            </w:r>
          </w:p>
        </w:tc>
      </w:tr>
      <w:tr w:rsidR="00E86516" w:rsidRPr="00495B8B" w14:paraId="17C893A9" w14:textId="77777777" w:rsidTr="00E86516">
        <w:tc>
          <w:tcPr>
            <w:tcW w:w="562" w:type="dxa"/>
          </w:tcPr>
          <w:p w14:paraId="16AEEE4F" w14:textId="70E524AC" w:rsidR="00E86516" w:rsidRPr="002E0747" w:rsidRDefault="00E86516" w:rsidP="00E86516">
            <w:pPr>
              <w:tabs>
                <w:tab w:val="left" w:pos="912"/>
              </w:tabs>
              <w:jc w:val="center"/>
              <w:rPr>
                <w:rFonts w:ascii="Arial" w:hAnsi="Arial" w:cs="Arial"/>
                <w:sz w:val="24"/>
                <w:szCs w:val="24"/>
                <w:lang w:val="ru-RU" w:eastAsia="ru-RU"/>
              </w:rPr>
            </w:pPr>
            <w:r w:rsidRPr="002E0747">
              <w:rPr>
                <w:rFonts w:ascii="Arial" w:hAnsi="Arial" w:cs="Arial"/>
                <w:sz w:val="24"/>
                <w:szCs w:val="24"/>
                <w:lang w:val="ru-RU" w:eastAsia="ru-RU"/>
              </w:rPr>
              <w:t>10</w:t>
            </w:r>
          </w:p>
        </w:tc>
        <w:tc>
          <w:tcPr>
            <w:tcW w:w="1701" w:type="dxa"/>
          </w:tcPr>
          <w:p w14:paraId="4FF9165A" w14:textId="21BCDAFD" w:rsidR="00E86516" w:rsidRPr="002E0747" w:rsidRDefault="00E86516" w:rsidP="00E86516">
            <w:pPr>
              <w:tabs>
                <w:tab w:val="left" w:pos="912"/>
              </w:tabs>
              <w:jc w:val="center"/>
              <w:rPr>
                <w:rFonts w:ascii="Arial" w:eastAsia="Calibri" w:hAnsi="Arial" w:cs="Arial"/>
                <w:sz w:val="24"/>
                <w:szCs w:val="24"/>
                <w:lang w:val="ru-RU"/>
              </w:rPr>
            </w:pPr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Н238.00889</w:t>
            </w:r>
          </w:p>
        </w:tc>
        <w:tc>
          <w:tcPr>
            <w:tcW w:w="2410" w:type="dxa"/>
          </w:tcPr>
          <w:p w14:paraId="21DB69BE" w14:textId="6529E32A" w:rsidR="00E86516" w:rsidRPr="002E0747" w:rsidRDefault="00E86516" w:rsidP="00E86516">
            <w:pPr>
              <w:tabs>
                <w:tab w:val="left" w:pos="912"/>
              </w:tabs>
              <w:jc w:val="center"/>
              <w:rPr>
                <w:rFonts w:ascii="Arial" w:eastAsia="Calibri" w:hAnsi="Arial" w:cs="Arial"/>
                <w:sz w:val="24"/>
                <w:szCs w:val="24"/>
                <w:lang w:val="ru-RU"/>
              </w:rPr>
            </w:pPr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нежилое здание                (сарай),                      К№50:22:0010205:2717</w:t>
            </w:r>
          </w:p>
        </w:tc>
        <w:tc>
          <w:tcPr>
            <w:tcW w:w="2251" w:type="dxa"/>
          </w:tcPr>
          <w:p w14:paraId="797458D7" w14:textId="12FCB87F" w:rsidR="00E86516" w:rsidRPr="002E0747" w:rsidRDefault="00E86516" w:rsidP="00E86516">
            <w:pPr>
              <w:tabs>
                <w:tab w:val="left" w:pos="912"/>
              </w:tabs>
              <w:jc w:val="center"/>
              <w:rPr>
                <w:rFonts w:ascii="Arial" w:eastAsia="Calibri" w:hAnsi="Arial" w:cs="Arial"/>
                <w:sz w:val="24"/>
                <w:szCs w:val="24"/>
                <w:lang w:val="ru-RU"/>
              </w:rPr>
            </w:pPr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 xml:space="preserve">Российская Федерация, Московская </w:t>
            </w:r>
            <w:proofErr w:type="gramStart"/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 xml:space="preserve">область,   </w:t>
            </w:r>
            <w:proofErr w:type="gramEnd"/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 xml:space="preserve">                         </w:t>
            </w:r>
            <w:proofErr w:type="spellStart"/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г.о</w:t>
            </w:r>
            <w:proofErr w:type="spellEnd"/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. Люберцы,                        г. Люберцы,                    ул. Кирова,                  возле дома №39, строение 6</w:t>
            </w:r>
          </w:p>
        </w:tc>
        <w:tc>
          <w:tcPr>
            <w:tcW w:w="2420" w:type="dxa"/>
          </w:tcPr>
          <w:p w14:paraId="043EABBE" w14:textId="77777777" w:rsidR="00E86516" w:rsidRPr="002E0747" w:rsidRDefault="00E86516" w:rsidP="00E86516">
            <w:pPr>
              <w:jc w:val="center"/>
              <w:rPr>
                <w:rFonts w:ascii="Arial" w:eastAsia="Calibri" w:hAnsi="Arial" w:cs="Arial"/>
                <w:sz w:val="24"/>
                <w:szCs w:val="24"/>
                <w:lang w:val="ru-RU"/>
              </w:rPr>
            </w:pPr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Выписка из ЕГРН,  запись регистрации   50:22:0010205:2717-50/137/2026-2</w:t>
            </w:r>
          </w:p>
          <w:p w14:paraId="7F81207F" w14:textId="734F5610" w:rsidR="00E86516" w:rsidRPr="002E0747" w:rsidRDefault="00E86516" w:rsidP="00E86516">
            <w:pPr>
              <w:tabs>
                <w:tab w:val="left" w:pos="912"/>
              </w:tabs>
              <w:jc w:val="center"/>
              <w:rPr>
                <w:rFonts w:ascii="Arial" w:eastAsia="Calibri" w:hAnsi="Arial" w:cs="Arial"/>
                <w:sz w:val="24"/>
                <w:szCs w:val="24"/>
                <w:lang w:val="ru-RU"/>
              </w:rPr>
            </w:pPr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от 21.08.2026 ,                                                         собственность Городского округа  Люберцы Московской области</w:t>
            </w:r>
          </w:p>
        </w:tc>
      </w:tr>
      <w:tr w:rsidR="00E86516" w:rsidRPr="00495B8B" w14:paraId="666C4105" w14:textId="77777777" w:rsidTr="00E86516">
        <w:tc>
          <w:tcPr>
            <w:tcW w:w="562" w:type="dxa"/>
          </w:tcPr>
          <w:p w14:paraId="04D5870D" w14:textId="45A58CF0" w:rsidR="00E86516" w:rsidRPr="002E0747" w:rsidRDefault="00E86516" w:rsidP="00E86516">
            <w:pPr>
              <w:tabs>
                <w:tab w:val="left" w:pos="912"/>
              </w:tabs>
              <w:jc w:val="center"/>
              <w:rPr>
                <w:rFonts w:ascii="Arial" w:hAnsi="Arial" w:cs="Arial"/>
                <w:sz w:val="24"/>
                <w:szCs w:val="24"/>
                <w:lang w:val="ru-RU" w:eastAsia="ru-RU"/>
              </w:rPr>
            </w:pPr>
            <w:r w:rsidRPr="002E0747">
              <w:rPr>
                <w:rFonts w:ascii="Arial" w:hAnsi="Arial" w:cs="Arial"/>
                <w:sz w:val="24"/>
                <w:szCs w:val="24"/>
                <w:lang w:val="ru-RU" w:eastAsia="ru-RU"/>
              </w:rPr>
              <w:t>11</w:t>
            </w:r>
          </w:p>
        </w:tc>
        <w:tc>
          <w:tcPr>
            <w:tcW w:w="1701" w:type="dxa"/>
          </w:tcPr>
          <w:p w14:paraId="0EAAAA3C" w14:textId="7B1CA707" w:rsidR="00E86516" w:rsidRPr="002E0747" w:rsidRDefault="00E86516" w:rsidP="00E86516">
            <w:pPr>
              <w:tabs>
                <w:tab w:val="left" w:pos="912"/>
              </w:tabs>
              <w:jc w:val="center"/>
              <w:rPr>
                <w:rFonts w:ascii="Arial" w:eastAsia="Calibri" w:hAnsi="Arial" w:cs="Arial"/>
                <w:sz w:val="24"/>
                <w:szCs w:val="24"/>
                <w:lang w:val="ru-RU"/>
              </w:rPr>
            </w:pPr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Н238.00890</w:t>
            </w:r>
          </w:p>
        </w:tc>
        <w:tc>
          <w:tcPr>
            <w:tcW w:w="2410" w:type="dxa"/>
          </w:tcPr>
          <w:p w14:paraId="44516F3A" w14:textId="1540C190" w:rsidR="00E86516" w:rsidRPr="002E0747" w:rsidRDefault="00E86516" w:rsidP="00E86516">
            <w:pPr>
              <w:tabs>
                <w:tab w:val="left" w:pos="912"/>
              </w:tabs>
              <w:jc w:val="center"/>
              <w:rPr>
                <w:rFonts w:ascii="Arial" w:eastAsia="Calibri" w:hAnsi="Arial" w:cs="Arial"/>
                <w:sz w:val="24"/>
                <w:szCs w:val="24"/>
                <w:lang w:val="ru-RU"/>
              </w:rPr>
            </w:pPr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нежилое здание                (сарай),                      К№50:22:0010205:2712</w:t>
            </w:r>
          </w:p>
        </w:tc>
        <w:tc>
          <w:tcPr>
            <w:tcW w:w="2251" w:type="dxa"/>
          </w:tcPr>
          <w:p w14:paraId="0324DD17" w14:textId="704E7B44" w:rsidR="00E86516" w:rsidRPr="002E0747" w:rsidRDefault="00E86516" w:rsidP="00E86516">
            <w:pPr>
              <w:tabs>
                <w:tab w:val="left" w:pos="912"/>
              </w:tabs>
              <w:jc w:val="center"/>
              <w:rPr>
                <w:rFonts w:ascii="Arial" w:eastAsia="Calibri" w:hAnsi="Arial" w:cs="Arial"/>
                <w:sz w:val="24"/>
                <w:szCs w:val="24"/>
                <w:lang w:val="ru-RU"/>
              </w:rPr>
            </w:pPr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 xml:space="preserve">Московская </w:t>
            </w:r>
            <w:proofErr w:type="gramStart"/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 xml:space="preserve">область,   </w:t>
            </w:r>
            <w:proofErr w:type="gramEnd"/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 xml:space="preserve">                         </w:t>
            </w:r>
            <w:proofErr w:type="spellStart"/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г.о</w:t>
            </w:r>
            <w:proofErr w:type="spellEnd"/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. Люберцы,                        г. Люберцы,                    ул. Кирова,                  возле дома №39,  строение 7</w:t>
            </w:r>
          </w:p>
        </w:tc>
        <w:tc>
          <w:tcPr>
            <w:tcW w:w="2420" w:type="dxa"/>
          </w:tcPr>
          <w:p w14:paraId="0DDBC443" w14:textId="77777777" w:rsidR="00E86516" w:rsidRPr="002E0747" w:rsidRDefault="00E86516" w:rsidP="00E86516">
            <w:pPr>
              <w:jc w:val="center"/>
              <w:rPr>
                <w:rFonts w:ascii="Arial" w:eastAsia="Calibri" w:hAnsi="Arial" w:cs="Arial"/>
                <w:sz w:val="24"/>
                <w:szCs w:val="24"/>
                <w:lang w:val="ru-RU"/>
              </w:rPr>
            </w:pPr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Выписка из ЕГРН,  запись регистрации  50:22:0010205:2712-50/137/2026-2</w:t>
            </w:r>
          </w:p>
          <w:p w14:paraId="384266BD" w14:textId="4304E8D3" w:rsidR="00E86516" w:rsidRPr="002E0747" w:rsidRDefault="00E86516" w:rsidP="00E86516">
            <w:pPr>
              <w:tabs>
                <w:tab w:val="left" w:pos="912"/>
              </w:tabs>
              <w:jc w:val="center"/>
              <w:rPr>
                <w:rFonts w:ascii="Arial" w:eastAsia="Calibri" w:hAnsi="Arial" w:cs="Arial"/>
                <w:sz w:val="24"/>
                <w:szCs w:val="24"/>
                <w:lang w:val="ru-RU"/>
              </w:rPr>
            </w:pPr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от 21.08.2026,                                                         собственность Городского округа  Люберцы Московской области</w:t>
            </w:r>
          </w:p>
        </w:tc>
      </w:tr>
      <w:tr w:rsidR="00E86516" w:rsidRPr="00495B8B" w14:paraId="271F2855" w14:textId="77777777" w:rsidTr="00E86516">
        <w:tc>
          <w:tcPr>
            <w:tcW w:w="562" w:type="dxa"/>
          </w:tcPr>
          <w:p w14:paraId="62073DEC" w14:textId="2E64C01E" w:rsidR="00E86516" w:rsidRPr="002E0747" w:rsidRDefault="00E86516" w:rsidP="00E86516">
            <w:pPr>
              <w:tabs>
                <w:tab w:val="left" w:pos="912"/>
              </w:tabs>
              <w:jc w:val="center"/>
              <w:rPr>
                <w:rFonts w:ascii="Arial" w:hAnsi="Arial" w:cs="Arial"/>
                <w:sz w:val="24"/>
                <w:szCs w:val="24"/>
                <w:lang w:val="ru-RU" w:eastAsia="ru-RU"/>
              </w:rPr>
            </w:pPr>
            <w:r w:rsidRPr="002E0747">
              <w:rPr>
                <w:rFonts w:ascii="Arial" w:hAnsi="Arial" w:cs="Arial"/>
                <w:sz w:val="24"/>
                <w:szCs w:val="24"/>
                <w:lang w:val="ru-RU" w:eastAsia="ru-RU"/>
              </w:rPr>
              <w:t>12</w:t>
            </w:r>
          </w:p>
        </w:tc>
        <w:tc>
          <w:tcPr>
            <w:tcW w:w="1701" w:type="dxa"/>
          </w:tcPr>
          <w:p w14:paraId="4ADF7028" w14:textId="6A2B1417" w:rsidR="00E86516" w:rsidRPr="002E0747" w:rsidRDefault="00E86516" w:rsidP="00E86516">
            <w:pPr>
              <w:tabs>
                <w:tab w:val="left" w:pos="912"/>
              </w:tabs>
              <w:jc w:val="center"/>
              <w:rPr>
                <w:rFonts w:ascii="Arial" w:eastAsia="Calibri" w:hAnsi="Arial" w:cs="Arial"/>
                <w:sz w:val="24"/>
                <w:szCs w:val="24"/>
                <w:lang w:val="ru-RU"/>
              </w:rPr>
            </w:pPr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Н238.00896</w:t>
            </w:r>
          </w:p>
        </w:tc>
        <w:tc>
          <w:tcPr>
            <w:tcW w:w="2410" w:type="dxa"/>
          </w:tcPr>
          <w:p w14:paraId="78DE9E2C" w14:textId="11AEA45A" w:rsidR="00E86516" w:rsidRPr="002E0747" w:rsidRDefault="00E86516" w:rsidP="00E86516">
            <w:pPr>
              <w:tabs>
                <w:tab w:val="left" w:pos="912"/>
              </w:tabs>
              <w:jc w:val="center"/>
              <w:rPr>
                <w:rFonts w:ascii="Arial" w:eastAsia="Calibri" w:hAnsi="Arial" w:cs="Arial"/>
                <w:sz w:val="24"/>
                <w:szCs w:val="24"/>
                <w:lang w:val="ru-RU"/>
              </w:rPr>
            </w:pPr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Канализационная сеть,                           К№50:22:0010302:11610</w:t>
            </w:r>
          </w:p>
        </w:tc>
        <w:tc>
          <w:tcPr>
            <w:tcW w:w="2251" w:type="dxa"/>
          </w:tcPr>
          <w:p w14:paraId="0F66F08E" w14:textId="03B68005" w:rsidR="00E86516" w:rsidRPr="002E0747" w:rsidRDefault="00E86516" w:rsidP="00E86516">
            <w:pPr>
              <w:tabs>
                <w:tab w:val="left" w:pos="912"/>
              </w:tabs>
              <w:jc w:val="center"/>
              <w:rPr>
                <w:rFonts w:ascii="Arial" w:eastAsia="Calibri" w:hAnsi="Arial" w:cs="Arial"/>
                <w:sz w:val="24"/>
                <w:szCs w:val="24"/>
                <w:lang w:val="ru-RU"/>
              </w:rPr>
            </w:pPr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 xml:space="preserve">Московская </w:t>
            </w:r>
            <w:proofErr w:type="gramStart"/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 xml:space="preserve">область,   </w:t>
            </w:r>
            <w:proofErr w:type="gramEnd"/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 xml:space="preserve">                       </w:t>
            </w:r>
            <w:proofErr w:type="spellStart"/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г.о</w:t>
            </w:r>
            <w:proofErr w:type="spellEnd"/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. Люберцы,                г. Люберцы,                  от ул. Электрификации до ул. Хлебозаводской</w:t>
            </w:r>
          </w:p>
        </w:tc>
        <w:tc>
          <w:tcPr>
            <w:tcW w:w="2420" w:type="dxa"/>
          </w:tcPr>
          <w:p w14:paraId="07A3F2B9" w14:textId="77777777" w:rsidR="00E86516" w:rsidRPr="002E0747" w:rsidRDefault="00E86516" w:rsidP="00E86516">
            <w:pPr>
              <w:jc w:val="center"/>
              <w:rPr>
                <w:rFonts w:ascii="Arial" w:eastAsia="Calibri" w:hAnsi="Arial" w:cs="Arial"/>
                <w:sz w:val="24"/>
                <w:szCs w:val="24"/>
                <w:lang w:val="ru-RU"/>
              </w:rPr>
            </w:pPr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Выписка из ЕГРН,  запись регистрации  50:22:0010302:11610-50/137/2026-2</w:t>
            </w:r>
          </w:p>
          <w:p w14:paraId="7B2720B8" w14:textId="0B59F2B2" w:rsidR="00E86516" w:rsidRPr="002E0747" w:rsidRDefault="00E86516" w:rsidP="00E86516">
            <w:pPr>
              <w:tabs>
                <w:tab w:val="left" w:pos="912"/>
              </w:tabs>
              <w:jc w:val="center"/>
              <w:rPr>
                <w:rFonts w:ascii="Arial" w:eastAsia="Calibri" w:hAnsi="Arial" w:cs="Arial"/>
                <w:sz w:val="24"/>
                <w:szCs w:val="24"/>
                <w:lang w:val="ru-RU"/>
              </w:rPr>
            </w:pPr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от 08.07.2026,                                                         собственность Городского округа  Люберцы Московской области</w:t>
            </w:r>
          </w:p>
        </w:tc>
      </w:tr>
      <w:tr w:rsidR="00E86516" w:rsidRPr="00495B8B" w14:paraId="32960ED0" w14:textId="77777777" w:rsidTr="00E86516">
        <w:tc>
          <w:tcPr>
            <w:tcW w:w="562" w:type="dxa"/>
          </w:tcPr>
          <w:p w14:paraId="715B1786" w14:textId="12243386" w:rsidR="00E86516" w:rsidRPr="002E0747" w:rsidRDefault="00E86516" w:rsidP="00E86516">
            <w:pPr>
              <w:tabs>
                <w:tab w:val="left" w:pos="912"/>
              </w:tabs>
              <w:jc w:val="center"/>
              <w:rPr>
                <w:rFonts w:ascii="Arial" w:hAnsi="Arial" w:cs="Arial"/>
                <w:sz w:val="24"/>
                <w:szCs w:val="24"/>
                <w:lang w:val="ru-RU" w:eastAsia="ru-RU"/>
              </w:rPr>
            </w:pPr>
            <w:r w:rsidRPr="002E0747">
              <w:rPr>
                <w:rFonts w:ascii="Arial" w:hAnsi="Arial" w:cs="Arial"/>
                <w:sz w:val="24"/>
                <w:szCs w:val="24"/>
                <w:lang w:val="ru-RU" w:eastAsia="ru-RU"/>
              </w:rPr>
              <w:t>13</w:t>
            </w:r>
          </w:p>
        </w:tc>
        <w:tc>
          <w:tcPr>
            <w:tcW w:w="1701" w:type="dxa"/>
          </w:tcPr>
          <w:p w14:paraId="4EA256EE" w14:textId="11D94CE9" w:rsidR="00E86516" w:rsidRPr="002E0747" w:rsidRDefault="00E86516" w:rsidP="00E86516">
            <w:pPr>
              <w:tabs>
                <w:tab w:val="left" w:pos="912"/>
              </w:tabs>
              <w:jc w:val="center"/>
              <w:rPr>
                <w:rFonts w:ascii="Arial" w:eastAsia="Calibri" w:hAnsi="Arial" w:cs="Arial"/>
                <w:sz w:val="24"/>
                <w:szCs w:val="24"/>
                <w:lang w:val="ru-RU"/>
              </w:rPr>
            </w:pPr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Н238.00916</w:t>
            </w:r>
          </w:p>
        </w:tc>
        <w:tc>
          <w:tcPr>
            <w:tcW w:w="2410" w:type="dxa"/>
          </w:tcPr>
          <w:p w14:paraId="58684715" w14:textId="14C056F5" w:rsidR="00E86516" w:rsidRPr="002E0747" w:rsidRDefault="00E86516" w:rsidP="00E86516">
            <w:pPr>
              <w:jc w:val="center"/>
              <w:rPr>
                <w:rFonts w:ascii="Arial" w:eastAsia="Calibri" w:hAnsi="Arial" w:cs="Arial"/>
                <w:sz w:val="24"/>
                <w:szCs w:val="24"/>
                <w:lang w:val="ru-RU"/>
              </w:rPr>
            </w:pPr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 xml:space="preserve">Гидротехническое сооружение: Плотина пруда № 2 (Директорский),                       р. </w:t>
            </w:r>
            <w:proofErr w:type="spellStart"/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Сатовка</w:t>
            </w:r>
            <w:proofErr w:type="spellEnd"/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 xml:space="preserve"> приток                            </w:t>
            </w:r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lastRenderedPageBreak/>
              <w:t xml:space="preserve">р. </w:t>
            </w:r>
            <w:proofErr w:type="spellStart"/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Пехорки</w:t>
            </w:r>
            <w:proofErr w:type="spellEnd"/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.                                            ID – номер: 631 173 051-6,</w:t>
            </w:r>
          </w:p>
          <w:p w14:paraId="337BD290" w14:textId="77777777" w:rsidR="00E86516" w:rsidRPr="002E0747" w:rsidRDefault="00E86516" w:rsidP="00E86516">
            <w:pPr>
              <w:jc w:val="center"/>
              <w:rPr>
                <w:rFonts w:ascii="Arial" w:eastAsia="Calibri" w:hAnsi="Arial" w:cs="Arial"/>
                <w:sz w:val="24"/>
                <w:szCs w:val="24"/>
                <w:lang w:val="ru-RU"/>
              </w:rPr>
            </w:pPr>
          </w:p>
          <w:p w14:paraId="44EDCDFD" w14:textId="31D4A2A3" w:rsidR="00E86516" w:rsidRPr="002E0747" w:rsidRDefault="00E86516" w:rsidP="00E86516">
            <w:pPr>
              <w:tabs>
                <w:tab w:val="left" w:pos="912"/>
              </w:tabs>
              <w:jc w:val="center"/>
              <w:rPr>
                <w:rFonts w:ascii="Arial" w:eastAsia="Calibri" w:hAnsi="Arial" w:cs="Arial"/>
                <w:sz w:val="24"/>
                <w:szCs w:val="24"/>
                <w:lang w:val="ru-RU"/>
              </w:rPr>
            </w:pPr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К№50:22:0000000:126248</w:t>
            </w:r>
          </w:p>
        </w:tc>
        <w:tc>
          <w:tcPr>
            <w:tcW w:w="2251" w:type="dxa"/>
          </w:tcPr>
          <w:p w14:paraId="72044178" w14:textId="45701271" w:rsidR="00E86516" w:rsidRPr="002E0747" w:rsidRDefault="00E86516" w:rsidP="00E86516">
            <w:pPr>
              <w:tabs>
                <w:tab w:val="left" w:pos="912"/>
              </w:tabs>
              <w:jc w:val="center"/>
              <w:rPr>
                <w:rFonts w:ascii="Arial" w:eastAsia="Calibri" w:hAnsi="Arial" w:cs="Arial"/>
                <w:sz w:val="24"/>
                <w:szCs w:val="24"/>
                <w:lang w:val="ru-RU"/>
              </w:rPr>
            </w:pPr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lastRenderedPageBreak/>
              <w:t xml:space="preserve">Московская область, городской округ Люберцы,  вблизи СНТ </w:t>
            </w:r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lastRenderedPageBreak/>
              <w:t>«Ручеек»</w:t>
            </w:r>
          </w:p>
        </w:tc>
        <w:tc>
          <w:tcPr>
            <w:tcW w:w="2420" w:type="dxa"/>
          </w:tcPr>
          <w:p w14:paraId="72DFC5D7" w14:textId="77777777" w:rsidR="00E86516" w:rsidRPr="002E0747" w:rsidRDefault="00E86516" w:rsidP="00E86516">
            <w:pPr>
              <w:jc w:val="center"/>
              <w:rPr>
                <w:rFonts w:ascii="Arial" w:eastAsia="Calibri" w:hAnsi="Arial" w:cs="Arial"/>
                <w:sz w:val="24"/>
                <w:szCs w:val="24"/>
                <w:lang w:val="ru-RU"/>
              </w:rPr>
            </w:pPr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lastRenderedPageBreak/>
              <w:t>Выписка из ЕГРН,  запись регистрации  50:22:0000000:126248-50/110/2026-2</w:t>
            </w:r>
          </w:p>
          <w:p w14:paraId="28507B47" w14:textId="0DB5BE86" w:rsidR="00E86516" w:rsidRPr="002E0747" w:rsidRDefault="00E86516" w:rsidP="00E86516">
            <w:pPr>
              <w:tabs>
                <w:tab w:val="left" w:pos="912"/>
              </w:tabs>
              <w:jc w:val="center"/>
              <w:rPr>
                <w:rFonts w:ascii="Arial" w:eastAsia="Calibri" w:hAnsi="Arial" w:cs="Arial"/>
                <w:sz w:val="24"/>
                <w:szCs w:val="24"/>
                <w:lang w:val="ru-RU"/>
              </w:rPr>
            </w:pPr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lastRenderedPageBreak/>
              <w:t>от 10.08.2026,                                                         собственность Городского округа  Люберцы Московской области</w:t>
            </w:r>
          </w:p>
        </w:tc>
      </w:tr>
      <w:tr w:rsidR="00E86516" w:rsidRPr="00495B8B" w14:paraId="6B351A5F" w14:textId="77777777" w:rsidTr="00E86516">
        <w:tc>
          <w:tcPr>
            <w:tcW w:w="562" w:type="dxa"/>
          </w:tcPr>
          <w:p w14:paraId="41C307FF" w14:textId="105AC012" w:rsidR="00E86516" w:rsidRPr="002E0747" w:rsidRDefault="00E86516" w:rsidP="00E86516">
            <w:pPr>
              <w:tabs>
                <w:tab w:val="left" w:pos="912"/>
              </w:tabs>
              <w:jc w:val="center"/>
              <w:rPr>
                <w:rFonts w:ascii="Arial" w:hAnsi="Arial" w:cs="Arial"/>
                <w:sz w:val="24"/>
                <w:szCs w:val="24"/>
                <w:lang w:val="ru-RU" w:eastAsia="ru-RU"/>
              </w:rPr>
            </w:pPr>
            <w:r w:rsidRPr="002E0747">
              <w:rPr>
                <w:rFonts w:ascii="Arial" w:hAnsi="Arial" w:cs="Arial"/>
                <w:sz w:val="24"/>
                <w:szCs w:val="24"/>
                <w:lang w:val="ru-RU" w:eastAsia="ru-RU"/>
              </w:rPr>
              <w:lastRenderedPageBreak/>
              <w:t>14</w:t>
            </w:r>
          </w:p>
        </w:tc>
        <w:tc>
          <w:tcPr>
            <w:tcW w:w="1701" w:type="dxa"/>
          </w:tcPr>
          <w:p w14:paraId="72169195" w14:textId="04873E85" w:rsidR="00E86516" w:rsidRPr="002E0747" w:rsidRDefault="00E86516" w:rsidP="00E86516">
            <w:pPr>
              <w:tabs>
                <w:tab w:val="left" w:pos="912"/>
              </w:tabs>
              <w:jc w:val="center"/>
              <w:rPr>
                <w:rFonts w:ascii="Arial" w:eastAsia="Calibri" w:hAnsi="Arial" w:cs="Arial"/>
                <w:sz w:val="24"/>
                <w:szCs w:val="24"/>
                <w:lang w:val="ru-RU"/>
              </w:rPr>
            </w:pPr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Н238.00921</w:t>
            </w:r>
          </w:p>
        </w:tc>
        <w:tc>
          <w:tcPr>
            <w:tcW w:w="2410" w:type="dxa"/>
          </w:tcPr>
          <w:p w14:paraId="66DBFA10" w14:textId="53762ED6" w:rsidR="00E86516" w:rsidRPr="002E0747" w:rsidRDefault="00E86516" w:rsidP="00E86516">
            <w:pPr>
              <w:tabs>
                <w:tab w:val="left" w:pos="912"/>
              </w:tabs>
              <w:jc w:val="center"/>
              <w:rPr>
                <w:rFonts w:ascii="Arial" w:eastAsia="Calibri" w:hAnsi="Arial" w:cs="Arial"/>
                <w:sz w:val="24"/>
                <w:szCs w:val="24"/>
                <w:lang w:val="ru-RU"/>
              </w:rPr>
            </w:pPr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Газопровод низкого давления, К№50:23:0000000:170466</w:t>
            </w:r>
          </w:p>
        </w:tc>
        <w:tc>
          <w:tcPr>
            <w:tcW w:w="2251" w:type="dxa"/>
          </w:tcPr>
          <w:p w14:paraId="2015183F" w14:textId="13152E31" w:rsidR="00E86516" w:rsidRPr="002E0747" w:rsidRDefault="00E86516" w:rsidP="00E86516">
            <w:pPr>
              <w:tabs>
                <w:tab w:val="left" w:pos="912"/>
              </w:tabs>
              <w:jc w:val="center"/>
              <w:rPr>
                <w:rFonts w:ascii="Arial" w:eastAsia="Calibri" w:hAnsi="Arial" w:cs="Arial"/>
                <w:sz w:val="24"/>
                <w:szCs w:val="24"/>
                <w:lang w:val="ru-RU"/>
              </w:rPr>
            </w:pPr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 xml:space="preserve">Российская Федерация, Московская </w:t>
            </w:r>
            <w:proofErr w:type="gramStart"/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 xml:space="preserve">область,   </w:t>
            </w:r>
            <w:proofErr w:type="gramEnd"/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 xml:space="preserve">                         </w:t>
            </w:r>
            <w:proofErr w:type="spellStart"/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г.о</w:t>
            </w:r>
            <w:proofErr w:type="spellEnd"/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. Люберцы, с. Верхнее Мячково, подземный газопровод к ж/д 21, 21а, 22, 22а, 23, 23а, 30, 30а, 31, 31а, 32-32а  по ул. Нижняя Подгорная КИЗ Белый Берег.</w:t>
            </w:r>
          </w:p>
        </w:tc>
        <w:tc>
          <w:tcPr>
            <w:tcW w:w="2420" w:type="dxa"/>
          </w:tcPr>
          <w:p w14:paraId="3E4A8BFC" w14:textId="77777777" w:rsidR="00E86516" w:rsidRPr="002E0747" w:rsidRDefault="00E86516" w:rsidP="00E86516">
            <w:pPr>
              <w:jc w:val="center"/>
              <w:rPr>
                <w:rFonts w:ascii="Arial" w:eastAsia="Calibri" w:hAnsi="Arial" w:cs="Arial"/>
                <w:sz w:val="24"/>
                <w:szCs w:val="24"/>
                <w:lang w:val="ru-RU"/>
              </w:rPr>
            </w:pPr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Выписка из ЕГРН,  запись регистрации  50:23:0000000:170466-50/136/2026-1</w:t>
            </w:r>
          </w:p>
          <w:p w14:paraId="644FF9F5" w14:textId="2E99B97C" w:rsidR="00E86516" w:rsidRPr="002E0747" w:rsidRDefault="00E86516" w:rsidP="00E86516">
            <w:pPr>
              <w:tabs>
                <w:tab w:val="left" w:pos="912"/>
              </w:tabs>
              <w:jc w:val="center"/>
              <w:rPr>
                <w:rFonts w:ascii="Arial" w:eastAsia="Calibri" w:hAnsi="Arial" w:cs="Arial"/>
                <w:sz w:val="24"/>
                <w:szCs w:val="24"/>
                <w:lang w:val="ru-RU"/>
              </w:rPr>
            </w:pPr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от 11.08.2026,                                                         собственность Городского округа  Люберцы Московской области</w:t>
            </w:r>
          </w:p>
        </w:tc>
      </w:tr>
      <w:tr w:rsidR="00E86516" w:rsidRPr="00495B8B" w14:paraId="034EE536" w14:textId="77777777" w:rsidTr="00E86516">
        <w:tc>
          <w:tcPr>
            <w:tcW w:w="562" w:type="dxa"/>
          </w:tcPr>
          <w:p w14:paraId="217A14F1" w14:textId="23BF6CFD" w:rsidR="00E86516" w:rsidRPr="002E0747" w:rsidRDefault="00E86516" w:rsidP="00E86516">
            <w:pPr>
              <w:tabs>
                <w:tab w:val="left" w:pos="912"/>
              </w:tabs>
              <w:jc w:val="center"/>
              <w:rPr>
                <w:rFonts w:ascii="Arial" w:hAnsi="Arial" w:cs="Arial"/>
                <w:sz w:val="24"/>
                <w:szCs w:val="24"/>
                <w:lang w:val="ru-RU" w:eastAsia="ru-RU"/>
              </w:rPr>
            </w:pPr>
            <w:r w:rsidRPr="002E0747">
              <w:rPr>
                <w:rFonts w:ascii="Arial" w:hAnsi="Arial" w:cs="Arial"/>
                <w:sz w:val="24"/>
                <w:szCs w:val="24"/>
                <w:lang w:val="ru-RU" w:eastAsia="ru-RU"/>
              </w:rPr>
              <w:t>15</w:t>
            </w:r>
          </w:p>
        </w:tc>
        <w:tc>
          <w:tcPr>
            <w:tcW w:w="1701" w:type="dxa"/>
          </w:tcPr>
          <w:p w14:paraId="63821C4B" w14:textId="01C4DB0A" w:rsidR="00E86516" w:rsidRPr="002E0747" w:rsidRDefault="00E86516" w:rsidP="00E86516">
            <w:pPr>
              <w:tabs>
                <w:tab w:val="left" w:pos="912"/>
              </w:tabs>
              <w:jc w:val="center"/>
              <w:rPr>
                <w:rFonts w:ascii="Arial" w:eastAsia="Calibri" w:hAnsi="Arial" w:cs="Arial"/>
                <w:sz w:val="24"/>
                <w:szCs w:val="24"/>
                <w:lang w:val="ru-RU"/>
              </w:rPr>
            </w:pPr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Н238.00923</w:t>
            </w:r>
          </w:p>
        </w:tc>
        <w:tc>
          <w:tcPr>
            <w:tcW w:w="2410" w:type="dxa"/>
          </w:tcPr>
          <w:p w14:paraId="118452AC" w14:textId="7813B9CA" w:rsidR="00E86516" w:rsidRPr="002E0747" w:rsidRDefault="00E86516" w:rsidP="00E86516">
            <w:pPr>
              <w:tabs>
                <w:tab w:val="left" w:pos="912"/>
              </w:tabs>
              <w:jc w:val="center"/>
              <w:rPr>
                <w:rFonts w:ascii="Arial" w:eastAsia="Calibri" w:hAnsi="Arial" w:cs="Arial"/>
                <w:sz w:val="24"/>
                <w:szCs w:val="24"/>
                <w:lang w:val="ru-RU"/>
              </w:rPr>
            </w:pPr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Автомобильная дорога,                        К№50:23:0030137:1989</w:t>
            </w:r>
          </w:p>
        </w:tc>
        <w:tc>
          <w:tcPr>
            <w:tcW w:w="2251" w:type="dxa"/>
          </w:tcPr>
          <w:p w14:paraId="1C6459C4" w14:textId="5A6D9FEA" w:rsidR="00E86516" w:rsidRPr="002E0747" w:rsidRDefault="00E86516" w:rsidP="00E86516">
            <w:pPr>
              <w:tabs>
                <w:tab w:val="left" w:pos="912"/>
              </w:tabs>
              <w:jc w:val="center"/>
              <w:rPr>
                <w:rFonts w:ascii="Arial" w:eastAsia="Calibri" w:hAnsi="Arial" w:cs="Arial"/>
                <w:sz w:val="24"/>
                <w:szCs w:val="24"/>
                <w:lang w:val="ru-RU"/>
              </w:rPr>
            </w:pPr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 xml:space="preserve">Российская Федерация, Московская область,                            </w:t>
            </w:r>
            <w:proofErr w:type="spellStart"/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г.о</w:t>
            </w:r>
            <w:proofErr w:type="spellEnd"/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 xml:space="preserve">. Люберцы, квартал 30137,                              ул. </w:t>
            </w:r>
            <w:proofErr w:type="spellStart"/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Островецкая</w:t>
            </w:r>
            <w:proofErr w:type="spellEnd"/>
          </w:p>
        </w:tc>
        <w:tc>
          <w:tcPr>
            <w:tcW w:w="2420" w:type="dxa"/>
          </w:tcPr>
          <w:p w14:paraId="4202CDFF" w14:textId="77777777" w:rsidR="00E86516" w:rsidRPr="002E0747" w:rsidRDefault="00E86516" w:rsidP="00E86516">
            <w:pPr>
              <w:jc w:val="center"/>
              <w:rPr>
                <w:rFonts w:ascii="Arial" w:eastAsia="Calibri" w:hAnsi="Arial" w:cs="Arial"/>
                <w:sz w:val="24"/>
                <w:szCs w:val="24"/>
                <w:lang w:val="ru-RU"/>
              </w:rPr>
            </w:pPr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Выписка из ЕГРН,  запись регистрации  50:23:0030137:1989-50/133/2026-1</w:t>
            </w:r>
          </w:p>
          <w:p w14:paraId="50D48068" w14:textId="3A9CB3FE" w:rsidR="00E86516" w:rsidRPr="002E0747" w:rsidRDefault="00E86516" w:rsidP="00E86516">
            <w:pPr>
              <w:tabs>
                <w:tab w:val="left" w:pos="912"/>
              </w:tabs>
              <w:jc w:val="center"/>
              <w:rPr>
                <w:rFonts w:ascii="Arial" w:eastAsia="Calibri" w:hAnsi="Arial" w:cs="Arial"/>
                <w:sz w:val="24"/>
                <w:szCs w:val="24"/>
                <w:lang w:val="ru-RU"/>
              </w:rPr>
            </w:pPr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от 13.07.2026,                                                         собственность Городского округа  Люберцы Московской области</w:t>
            </w:r>
          </w:p>
        </w:tc>
      </w:tr>
      <w:tr w:rsidR="00E86516" w:rsidRPr="00495B8B" w14:paraId="795085D1" w14:textId="77777777" w:rsidTr="00E86516">
        <w:tc>
          <w:tcPr>
            <w:tcW w:w="562" w:type="dxa"/>
          </w:tcPr>
          <w:p w14:paraId="04BBEA6A" w14:textId="6BC2A608" w:rsidR="00E86516" w:rsidRPr="002E0747" w:rsidRDefault="00E86516" w:rsidP="00E86516">
            <w:pPr>
              <w:tabs>
                <w:tab w:val="left" w:pos="912"/>
              </w:tabs>
              <w:jc w:val="center"/>
              <w:rPr>
                <w:rFonts w:ascii="Arial" w:hAnsi="Arial" w:cs="Arial"/>
                <w:sz w:val="24"/>
                <w:szCs w:val="24"/>
                <w:lang w:val="ru-RU" w:eastAsia="ru-RU"/>
              </w:rPr>
            </w:pPr>
            <w:r w:rsidRPr="002E0747">
              <w:rPr>
                <w:rFonts w:ascii="Arial" w:hAnsi="Arial" w:cs="Arial"/>
                <w:sz w:val="24"/>
                <w:szCs w:val="24"/>
                <w:lang w:val="ru-RU" w:eastAsia="ru-RU"/>
              </w:rPr>
              <w:t>16</w:t>
            </w:r>
          </w:p>
        </w:tc>
        <w:tc>
          <w:tcPr>
            <w:tcW w:w="1701" w:type="dxa"/>
          </w:tcPr>
          <w:p w14:paraId="381C94EA" w14:textId="25686490" w:rsidR="00E86516" w:rsidRPr="002E0747" w:rsidRDefault="00E86516" w:rsidP="00E86516">
            <w:pPr>
              <w:tabs>
                <w:tab w:val="left" w:pos="912"/>
              </w:tabs>
              <w:jc w:val="center"/>
              <w:rPr>
                <w:rFonts w:ascii="Arial" w:eastAsia="Calibri" w:hAnsi="Arial" w:cs="Arial"/>
                <w:sz w:val="24"/>
                <w:szCs w:val="24"/>
                <w:lang w:val="ru-RU"/>
              </w:rPr>
            </w:pPr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Н238.00924</w:t>
            </w:r>
          </w:p>
        </w:tc>
        <w:tc>
          <w:tcPr>
            <w:tcW w:w="2410" w:type="dxa"/>
          </w:tcPr>
          <w:p w14:paraId="3B89AC84" w14:textId="30E6BDA8" w:rsidR="00E86516" w:rsidRPr="002E0747" w:rsidRDefault="00E86516" w:rsidP="00E86516">
            <w:pPr>
              <w:tabs>
                <w:tab w:val="left" w:pos="912"/>
              </w:tabs>
              <w:jc w:val="center"/>
              <w:rPr>
                <w:rFonts w:ascii="Arial" w:eastAsia="Calibri" w:hAnsi="Arial" w:cs="Arial"/>
                <w:sz w:val="24"/>
                <w:szCs w:val="24"/>
                <w:lang w:val="ru-RU"/>
              </w:rPr>
            </w:pPr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Автомобильная дорога,                       К№50:22:0000000:127287</w:t>
            </w:r>
          </w:p>
        </w:tc>
        <w:tc>
          <w:tcPr>
            <w:tcW w:w="2251" w:type="dxa"/>
          </w:tcPr>
          <w:p w14:paraId="2BAC1481" w14:textId="28B1E4E7" w:rsidR="00E86516" w:rsidRPr="002E0747" w:rsidRDefault="00E86516" w:rsidP="00E86516">
            <w:pPr>
              <w:tabs>
                <w:tab w:val="left" w:pos="912"/>
              </w:tabs>
              <w:jc w:val="center"/>
              <w:rPr>
                <w:rFonts w:ascii="Arial" w:eastAsia="Calibri" w:hAnsi="Arial" w:cs="Arial"/>
                <w:sz w:val="24"/>
                <w:szCs w:val="24"/>
                <w:lang w:val="ru-RU"/>
              </w:rPr>
            </w:pPr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 xml:space="preserve">Российская Федерация, Московская область,                            </w:t>
            </w:r>
            <w:proofErr w:type="spellStart"/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г.о</w:t>
            </w:r>
            <w:proofErr w:type="spellEnd"/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 xml:space="preserve">. Люберцы,               д. </w:t>
            </w:r>
            <w:proofErr w:type="spellStart"/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Мотяково</w:t>
            </w:r>
            <w:proofErr w:type="spellEnd"/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 xml:space="preserve">, между                                 д. </w:t>
            </w:r>
            <w:proofErr w:type="spellStart"/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Мотяково</w:t>
            </w:r>
            <w:proofErr w:type="spellEnd"/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 xml:space="preserve"> и СНТ «</w:t>
            </w:r>
            <w:proofErr w:type="spellStart"/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Мотяково</w:t>
            </w:r>
            <w:proofErr w:type="spellEnd"/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»</w:t>
            </w:r>
          </w:p>
        </w:tc>
        <w:tc>
          <w:tcPr>
            <w:tcW w:w="2420" w:type="dxa"/>
          </w:tcPr>
          <w:p w14:paraId="5DF1F70E" w14:textId="77777777" w:rsidR="00E86516" w:rsidRPr="002E0747" w:rsidRDefault="00E86516" w:rsidP="00E86516">
            <w:pPr>
              <w:jc w:val="center"/>
              <w:rPr>
                <w:rFonts w:ascii="Arial" w:eastAsia="Calibri" w:hAnsi="Arial" w:cs="Arial"/>
                <w:sz w:val="24"/>
                <w:szCs w:val="24"/>
                <w:lang w:val="ru-RU"/>
              </w:rPr>
            </w:pPr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Выписка из ЕГРН,  запись регистрации   50:22:0000000:127287-50/133/2026-1</w:t>
            </w:r>
          </w:p>
          <w:p w14:paraId="039B5675" w14:textId="269FB233" w:rsidR="00E86516" w:rsidRPr="002E0747" w:rsidRDefault="00E86516" w:rsidP="00E86516">
            <w:pPr>
              <w:tabs>
                <w:tab w:val="left" w:pos="912"/>
              </w:tabs>
              <w:jc w:val="center"/>
              <w:rPr>
                <w:rFonts w:ascii="Arial" w:eastAsia="Calibri" w:hAnsi="Arial" w:cs="Arial"/>
                <w:sz w:val="24"/>
                <w:szCs w:val="24"/>
                <w:lang w:val="ru-RU"/>
              </w:rPr>
            </w:pPr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от 10.07.2026,                                                         собственность Городского округа  Люберцы Московской области</w:t>
            </w:r>
          </w:p>
        </w:tc>
      </w:tr>
      <w:tr w:rsidR="00E86516" w:rsidRPr="00495B8B" w14:paraId="1E902DD1" w14:textId="77777777" w:rsidTr="00E86516">
        <w:tc>
          <w:tcPr>
            <w:tcW w:w="562" w:type="dxa"/>
          </w:tcPr>
          <w:p w14:paraId="212A8F6D" w14:textId="57840766" w:rsidR="00E86516" w:rsidRPr="002E0747" w:rsidRDefault="00E86516" w:rsidP="00E86516">
            <w:pPr>
              <w:tabs>
                <w:tab w:val="left" w:pos="912"/>
              </w:tabs>
              <w:jc w:val="center"/>
              <w:rPr>
                <w:rFonts w:ascii="Arial" w:hAnsi="Arial" w:cs="Arial"/>
                <w:sz w:val="24"/>
                <w:szCs w:val="24"/>
                <w:lang w:val="ru-RU" w:eastAsia="ru-RU"/>
              </w:rPr>
            </w:pPr>
            <w:r w:rsidRPr="002E0747">
              <w:rPr>
                <w:rFonts w:ascii="Arial" w:hAnsi="Arial" w:cs="Arial"/>
                <w:sz w:val="24"/>
                <w:szCs w:val="24"/>
                <w:lang w:val="ru-RU" w:eastAsia="ru-RU"/>
              </w:rPr>
              <w:t>17</w:t>
            </w:r>
          </w:p>
        </w:tc>
        <w:tc>
          <w:tcPr>
            <w:tcW w:w="1701" w:type="dxa"/>
          </w:tcPr>
          <w:p w14:paraId="78CCFCAB" w14:textId="7F1CA8B8" w:rsidR="00E86516" w:rsidRPr="002E0747" w:rsidRDefault="00E86516" w:rsidP="00E86516">
            <w:pPr>
              <w:tabs>
                <w:tab w:val="left" w:pos="912"/>
              </w:tabs>
              <w:jc w:val="center"/>
              <w:rPr>
                <w:rFonts w:ascii="Arial" w:eastAsia="Calibri" w:hAnsi="Arial" w:cs="Arial"/>
                <w:sz w:val="24"/>
                <w:szCs w:val="24"/>
                <w:lang w:val="ru-RU"/>
              </w:rPr>
            </w:pPr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Н238.00927</w:t>
            </w:r>
          </w:p>
        </w:tc>
        <w:tc>
          <w:tcPr>
            <w:tcW w:w="2410" w:type="dxa"/>
          </w:tcPr>
          <w:p w14:paraId="6B06358A" w14:textId="0981A4CA" w:rsidR="00E86516" w:rsidRPr="002E0747" w:rsidRDefault="00E86516" w:rsidP="00E86516">
            <w:pPr>
              <w:tabs>
                <w:tab w:val="left" w:pos="912"/>
              </w:tabs>
              <w:jc w:val="center"/>
              <w:rPr>
                <w:rFonts w:ascii="Arial" w:eastAsia="Calibri" w:hAnsi="Arial" w:cs="Arial"/>
                <w:sz w:val="24"/>
                <w:szCs w:val="24"/>
                <w:lang w:val="ru-RU"/>
              </w:rPr>
            </w:pPr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Автомобильная дорога,                       К№50:23:0000000:171107</w:t>
            </w:r>
          </w:p>
        </w:tc>
        <w:tc>
          <w:tcPr>
            <w:tcW w:w="2251" w:type="dxa"/>
          </w:tcPr>
          <w:p w14:paraId="4D9B9C4B" w14:textId="77777777" w:rsidR="00E86516" w:rsidRPr="002E0747" w:rsidRDefault="00E86516" w:rsidP="00E86516">
            <w:pPr>
              <w:jc w:val="center"/>
              <w:rPr>
                <w:rFonts w:ascii="Arial" w:eastAsia="Calibri" w:hAnsi="Arial" w:cs="Arial"/>
                <w:sz w:val="24"/>
                <w:szCs w:val="24"/>
                <w:lang w:val="ru-RU"/>
              </w:rPr>
            </w:pPr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 xml:space="preserve">Российская Федерация, Московская </w:t>
            </w:r>
            <w:proofErr w:type="gramStart"/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 xml:space="preserve">область,   </w:t>
            </w:r>
            <w:proofErr w:type="gramEnd"/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 xml:space="preserve">                                      </w:t>
            </w:r>
            <w:proofErr w:type="spellStart"/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г.о</w:t>
            </w:r>
            <w:proofErr w:type="spellEnd"/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. Люберцы,                 с. Верхнее Мячково, ул. Первомайская, к участкам 2/2, 2/1, 8а.</w:t>
            </w:r>
          </w:p>
          <w:p w14:paraId="6840CE11" w14:textId="77777777" w:rsidR="00E86516" w:rsidRPr="002E0747" w:rsidRDefault="00E86516" w:rsidP="00E86516">
            <w:pPr>
              <w:tabs>
                <w:tab w:val="left" w:pos="912"/>
              </w:tabs>
              <w:jc w:val="center"/>
              <w:rPr>
                <w:rFonts w:ascii="Arial" w:eastAsia="Calibri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2420" w:type="dxa"/>
          </w:tcPr>
          <w:p w14:paraId="65C7CAF3" w14:textId="77777777" w:rsidR="00E86516" w:rsidRPr="002E0747" w:rsidRDefault="00E86516" w:rsidP="00E86516">
            <w:pPr>
              <w:jc w:val="center"/>
              <w:rPr>
                <w:rFonts w:ascii="Arial" w:eastAsia="Calibri" w:hAnsi="Arial" w:cs="Arial"/>
                <w:sz w:val="24"/>
                <w:szCs w:val="24"/>
                <w:lang w:val="ru-RU"/>
              </w:rPr>
            </w:pPr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Выписка из ЕГРН,  запись регистрации   50:23:0000000:171107-50/133/2026-1</w:t>
            </w:r>
          </w:p>
          <w:p w14:paraId="192E416A" w14:textId="4BA72C49" w:rsidR="00E86516" w:rsidRPr="002E0747" w:rsidRDefault="00E86516" w:rsidP="00E86516">
            <w:pPr>
              <w:tabs>
                <w:tab w:val="left" w:pos="912"/>
              </w:tabs>
              <w:jc w:val="center"/>
              <w:rPr>
                <w:rFonts w:ascii="Arial" w:eastAsia="Calibri" w:hAnsi="Arial" w:cs="Arial"/>
                <w:sz w:val="24"/>
                <w:szCs w:val="24"/>
                <w:lang w:val="ru-RU"/>
              </w:rPr>
            </w:pPr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от 10.07.2026,                                                         собственность Городского округа  Люберцы Московской области</w:t>
            </w:r>
          </w:p>
        </w:tc>
      </w:tr>
      <w:tr w:rsidR="00E86516" w:rsidRPr="00495B8B" w14:paraId="71A8F832" w14:textId="77777777" w:rsidTr="00E86516">
        <w:tc>
          <w:tcPr>
            <w:tcW w:w="562" w:type="dxa"/>
          </w:tcPr>
          <w:p w14:paraId="1C3A6825" w14:textId="70FF65AA" w:rsidR="00E86516" w:rsidRPr="002E0747" w:rsidRDefault="00E86516" w:rsidP="00E86516">
            <w:pPr>
              <w:tabs>
                <w:tab w:val="left" w:pos="912"/>
              </w:tabs>
              <w:jc w:val="center"/>
              <w:rPr>
                <w:rFonts w:ascii="Arial" w:hAnsi="Arial" w:cs="Arial"/>
                <w:sz w:val="24"/>
                <w:szCs w:val="24"/>
                <w:lang w:val="ru-RU" w:eastAsia="ru-RU"/>
              </w:rPr>
            </w:pPr>
            <w:r w:rsidRPr="002E0747">
              <w:rPr>
                <w:rFonts w:ascii="Arial" w:hAnsi="Arial" w:cs="Arial"/>
                <w:sz w:val="24"/>
                <w:szCs w:val="24"/>
                <w:lang w:val="ru-RU" w:eastAsia="ru-RU"/>
              </w:rPr>
              <w:lastRenderedPageBreak/>
              <w:t>18</w:t>
            </w:r>
          </w:p>
        </w:tc>
        <w:tc>
          <w:tcPr>
            <w:tcW w:w="1701" w:type="dxa"/>
          </w:tcPr>
          <w:p w14:paraId="07BA1648" w14:textId="10EC2053" w:rsidR="00E86516" w:rsidRPr="002E0747" w:rsidRDefault="00E86516" w:rsidP="00E86516">
            <w:pPr>
              <w:tabs>
                <w:tab w:val="left" w:pos="912"/>
              </w:tabs>
              <w:jc w:val="center"/>
              <w:rPr>
                <w:rFonts w:ascii="Arial" w:eastAsia="Calibri" w:hAnsi="Arial" w:cs="Arial"/>
                <w:sz w:val="24"/>
                <w:szCs w:val="24"/>
                <w:lang w:val="ru-RU"/>
              </w:rPr>
            </w:pPr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Н238.00928</w:t>
            </w:r>
          </w:p>
        </w:tc>
        <w:tc>
          <w:tcPr>
            <w:tcW w:w="2410" w:type="dxa"/>
          </w:tcPr>
          <w:p w14:paraId="08F57C89" w14:textId="4DA0C37A" w:rsidR="00E86516" w:rsidRPr="002E0747" w:rsidRDefault="00E86516" w:rsidP="00E86516">
            <w:pPr>
              <w:tabs>
                <w:tab w:val="left" w:pos="912"/>
              </w:tabs>
              <w:jc w:val="center"/>
              <w:rPr>
                <w:rFonts w:ascii="Arial" w:eastAsia="Calibri" w:hAnsi="Arial" w:cs="Arial"/>
                <w:sz w:val="24"/>
                <w:szCs w:val="24"/>
                <w:lang w:val="ru-RU"/>
              </w:rPr>
            </w:pPr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Автомобильная дорога,                       К№50:23:0000000:171106</w:t>
            </w:r>
          </w:p>
        </w:tc>
        <w:tc>
          <w:tcPr>
            <w:tcW w:w="2251" w:type="dxa"/>
          </w:tcPr>
          <w:p w14:paraId="4CB745F9" w14:textId="2B78096C" w:rsidR="00E86516" w:rsidRPr="002E0747" w:rsidRDefault="00E86516" w:rsidP="00E86516">
            <w:pPr>
              <w:tabs>
                <w:tab w:val="left" w:pos="912"/>
              </w:tabs>
              <w:jc w:val="center"/>
              <w:rPr>
                <w:rFonts w:ascii="Arial" w:eastAsia="Calibri" w:hAnsi="Arial" w:cs="Arial"/>
                <w:sz w:val="24"/>
                <w:szCs w:val="24"/>
                <w:lang w:val="ru-RU"/>
              </w:rPr>
            </w:pPr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 xml:space="preserve">Российская Федерация, Московская </w:t>
            </w:r>
            <w:proofErr w:type="gramStart"/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 xml:space="preserve">область,   </w:t>
            </w:r>
            <w:proofErr w:type="gramEnd"/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 xml:space="preserve">                         </w:t>
            </w:r>
            <w:proofErr w:type="spellStart"/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г.о</w:t>
            </w:r>
            <w:proofErr w:type="spellEnd"/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. Люберцы,                  с. Верхнее Мячково,  вдоль КП «Белый берег»</w:t>
            </w:r>
          </w:p>
        </w:tc>
        <w:tc>
          <w:tcPr>
            <w:tcW w:w="2420" w:type="dxa"/>
          </w:tcPr>
          <w:p w14:paraId="370E2F81" w14:textId="77777777" w:rsidR="00E86516" w:rsidRPr="002E0747" w:rsidRDefault="00E86516" w:rsidP="00E86516">
            <w:pPr>
              <w:jc w:val="center"/>
              <w:rPr>
                <w:rFonts w:ascii="Arial" w:eastAsia="Calibri" w:hAnsi="Arial" w:cs="Arial"/>
                <w:sz w:val="24"/>
                <w:szCs w:val="24"/>
                <w:lang w:val="ru-RU"/>
              </w:rPr>
            </w:pPr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Выписка из ЕГРН,  запись регистрации   50:23:0000000:171106-50/133/2026-1</w:t>
            </w:r>
          </w:p>
          <w:p w14:paraId="2E042FC2" w14:textId="36413557" w:rsidR="00E86516" w:rsidRPr="002E0747" w:rsidRDefault="00E86516" w:rsidP="00E86516">
            <w:pPr>
              <w:tabs>
                <w:tab w:val="left" w:pos="912"/>
              </w:tabs>
              <w:jc w:val="center"/>
              <w:rPr>
                <w:rFonts w:ascii="Arial" w:eastAsia="Calibri" w:hAnsi="Arial" w:cs="Arial"/>
                <w:sz w:val="24"/>
                <w:szCs w:val="24"/>
                <w:lang w:val="ru-RU"/>
              </w:rPr>
            </w:pPr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10.07.2026 ,                                                         собственность Городского округа  Люберцы Московской области</w:t>
            </w:r>
          </w:p>
        </w:tc>
      </w:tr>
      <w:tr w:rsidR="00E86516" w:rsidRPr="00495B8B" w14:paraId="115B09F3" w14:textId="77777777" w:rsidTr="00E86516">
        <w:tc>
          <w:tcPr>
            <w:tcW w:w="562" w:type="dxa"/>
          </w:tcPr>
          <w:p w14:paraId="7A468461" w14:textId="68DDCA3C" w:rsidR="00E86516" w:rsidRPr="002E0747" w:rsidRDefault="00E86516" w:rsidP="00E86516">
            <w:pPr>
              <w:tabs>
                <w:tab w:val="left" w:pos="912"/>
              </w:tabs>
              <w:jc w:val="center"/>
              <w:rPr>
                <w:rFonts w:ascii="Arial" w:hAnsi="Arial" w:cs="Arial"/>
                <w:sz w:val="24"/>
                <w:szCs w:val="24"/>
                <w:lang w:val="ru-RU" w:eastAsia="ru-RU"/>
              </w:rPr>
            </w:pPr>
            <w:r w:rsidRPr="002E0747">
              <w:rPr>
                <w:rFonts w:ascii="Arial" w:hAnsi="Arial" w:cs="Arial"/>
                <w:sz w:val="24"/>
                <w:szCs w:val="24"/>
                <w:lang w:val="ru-RU" w:eastAsia="ru-RU"/>
              </w:rPr>
              <w:t>19</w:t>
            </w:r>
          </w:p>
        </w:tc>
        <w:tc>
          <w:tcPr>
            <w:tcW w:w="1701" w:type="dxa"/>
          </w:tcPr>
          <w:p w14:paraId="7E5184EE" w14:textId="1FA45762" w:rsidR="00E86516" w:rsidRPr="002E0747" w:rsidRDefault="00E86516" w:rsidP="00E86516">
            <w:pPr>
              <w:tabs>
                <w:tab w:val="left" w:pos="912"/>
              </w:tabs>
              <w:jc w:val="center"/>
              <w:rPr>
                <w:rFonts w:ascii="Arial" w:eastAsia="Calibri" w:hAnsi="Arial" w:cs="Arial"/>
                <w:sz w:val="24"/>
                <w:szCs w:val="24"/>
                <w:lang w:val="ru-RU"/>
              </w:rPr>
            </w:pPr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Н238.00929</w:t>
            </w:r>
          </w:p>
        </w:tc>
        <w:tc>
          <w:tcPr>
            <w:tcW w:w="2410" w:type="dxa"/>
          </w:tcPr>
          <w:p w14:paraId="18659CDE" w14:textId="7EB9208A" w:rsidR="00E86516" w:rsidRPr="002E0747" w:rsidRDefault="00E86516" w:rsidP="00E86516">
            <w:pPr>
              <w:tabs>
                <w:tab w:val="left" w:pos="912"/>
              </w:tabs>
              <w:jc w:val="center"/>
              <w:rPr>
                <w:rFonts w:ascii="Arial" w:eastAsia="Calibri" w:hAnsi="Arial" w:cs="Arial"/>
                <w:sz w:val="24"/>
                <w:szCs w:val="24"/>
                <w:lang w:val="ru-RU"/>
              </w:rPr>
            </w:pPr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Автомобильная дорога,                       К№50:22:0030404:1157</w:t>
            </w:r>
          </w:p>
        </w:tc>
        <w:tc>
          <w:tcPr>
            <w:tcW w:w="2251" w:type="dxa"/>
          </w:tcPr>
          <w:p w14:paraId="0D3FB49D" w14:textId="675AD977" w:rsidR="00E86516" w:rsidRPr="002E0747" w:rsidRDefault="00E86516" w:rsidP="00E86516">
            <w:pPr>
              <w:tabs>
                <w:tab w:val="left" w:pos="912"/>
              </w:tabs>
              <w:jc w:val="center"/>
              <w:rPr>
                <w:rFonts w:ascii="Arial" w:eastAsia="Calibri" w:hAnsi="Arial" w:cs="Arial"/>
                <w:sz w:val="24"/>
                <w:szCs w:val="24"/>
                <w:lang w:val="ru-RU"/>
              </w:rPr>
            </w:pPr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 xml:space="preserve">Российская Федерация, Московская область,                            </w:t>
            </w:r>
            <w:proofErr w:type="spellStart"/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г.о</w:t>
            </w:r>
            <w:proofErr w:type="spellEnd"/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 xml:space="preserve">. Люберцы,                   </w:t>
            </w:r>
            <w:proofErr w:type="spellStart"/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пгт</w:t>
            </w:r>
            <w:proofErr w:type="spellEnd"/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Малаховка</w:t>
            </w:r>
            <w:proofErr w:type="spellEnd"/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,                          ул. Красная Змеевка, к домам 15, к. 2, к. 3.</w:t>
            </w:r>
          </w:p>
        </w:tc>
        <w:tc>
          <w:tcPr>
            <w:tcW w:w="2420" w:type="dxa"/>
          </w:tcPr>
          <w:p w14:paraId="041B1470" w14:textId="77777777" w:rsidR="00E86516" w:rsidRPr="002E0747" w:rsidRDefault="00E86516" w:rsidP="00E86516">
            <w:pPr>
              <w:jc w:val="center"/>
              <w:rPr>
                <w:rFonts w:ascii="Arial" w:eastAsia="Calibri" w:hAnsi="Arial" w:cs="Arial"/>
                <w:sz w:val="24"/>
                <w:szCs w:val="24"/>
                <w:lang w:val="ru-RU"/>
              </w:rPr>
            </w:pPr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Выписка из ЕГРН,  запись регистрации   50:22:0030404:1157-50/133/2026-1</w:t>
            </w:r>
          </w:p>
          <w:p w14:paraId="600094D8" w14:textId="1DEBAF02" w:rsidR="00E86516" w:rsidRPr="002E0747" w:rsidRDefault="00E86516" w:rsidP="00E86516">
            <w:pPr>
              <w:tabs>
                <w:tab w:val="left" w:pos="912"/>
              </w:tabs>
              <w:jc w:val="center"/>
              <w:rPr>
                <w:rFonts w:ascii="Arial" w:eastAsia="Calibri" w:hAnsi="Arial" w:cs="Arial"/>
                <w:sz w:val="24"/>
                <w:szCs w:val="24"/>
                <w:lang w:val="ru-RU"/>
              </w:rPr>
            </w:pPr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от 10.07.2026,                                                         собственность Городского округа  Люберцы Московской области</w:t>
            </w:r>
          </w:p>
        </w:tc>
      </w:tr>
      <w:tr w:rsidR="00E86516" w:rsidRPr="00495B8B" w14:paraId="57CDC846" w14:textId="77777777" w:rsidTr="00E86516">
        <w:tc>
          <w:tcPr>
            <w:tcW w:w="562" w:type="dxa"/>
          </w:tcPr>
          <w:p w14:paraId="6C995CD5" w14:textId="75A59A8B" w:rsidR="00E86516" w:rsidRPr="002E0747" w:rsidRDefault="00E86516" w:rsidP="00E86516">
            <w:pPr>
              <w:tabs>
                <w:tab w:val="left" w:pos="912"/>
              </w:tabs>
              <w:jc w:val="center"/>
              <w:rPr>
                <w:rFonts w:ascii="Arial" w:hAnsi="Arial" w:cs="Arial"/>
                <w:sz w:val="24"/>
                <w:szCs w:val="24"/>
                <w:lang w:val="ru-RU" w:eastAsia="ru-RU"/>
              </w:rPr>
            </w:pPr>
            <w:r w:rsidRPr="002E0747">
              <w:rPr>
                <w:rFonts w:ascii="Arial" w:hAnsi="Arial" w:cs="Arial"/>
                <w:sz w:val="24"/>
                <w:szCs w:val="24"/>
                <w:lang w:val="ru-RU" w:eastAsia="ru-RU"/>
              </w:rPr>
              <w:t>20</w:t>
            </w:r>
          </w:p>
        </w:tc>
        <w:tc>
          <w:tcPr>
            <w:tcW w:w="1701" w:type="dxa"/>
          </w:tcPr>
          <w:p w14:paraId="528B4200" w14:textId="6D26B6E3" w:rsidR="00E86516" w:rsidRPr="002E0747" w:rsidRDefault="00E86516" w:rsidP="00E86516">
            <w:pPr>
              <w:tabs>
                <w:tab w:val="left" w:pos="912"/>
              </w:tabs>
              <w:jc w:val="center"/>
              <w:rPr>
                <w:rFonts w:ascii="Arial" w:eastAsia="Calibri" w:hAnsi="Arial" w:cs="Arial"/>
                <w:sz w:val="24"/>
                <w:szCs w:val="24"/>
                <w:lang w:val="ru-RU"/>
              </w:rPr>
            </w:pPr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Н238.00930</w:t>
            </w:r>
          </w:p>
        </w:tc>
        <w:tc>
          <w:tcPr>
            <w:tcW w:w="2410" w:type="dxa"/>
          </w:tcPr>
          <w:p w14:paraId="436FE61F" w14:textId="01430DFE" w:rsidR="00E86516" w:rsidRPr="002E0747" w:rsidRDefault="00E86516" w:rsidP="00E86516">
            <w:pPr>
              <w:tabs>
                <w:tab w:val="left" w:pos="912"/>
              </w:tabs>
              <w:jc w:val="center"/>
              <w:rPr>
                <w:rFonts w:ascii="Arial" w:eastAsia="Calibri" w:hAnsi="Arial" w:cs="Arial"/>
                <w:sz w:val="24"/>
                <w:szCs w:val="24"/>
                <w:lang w:val="ru-RU"/>
              </w:rPr>
            </w:pPr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Автомобильная дорога,                     К№50:22:0060617:449</w:t>
            </w:r>
          </w:p>
        </w:tc>
        <w:tc>
          <w:tcPr>
            <w:tcW w:w="2251" w:type="dxa"/>
          </w:tcPr>
          <w:p w14:paraId="36DC1139" w14:textId="047C6F91" w:rsidR="00E86516" w:rsidRPr="002E0747" w:rsidRDefault="00E86516" w:rsidP="00E86516">
            <w:pPr>
              <w:tabs>
                <w:tab w:val="left" w:pos="912"/>
              </w:tabs>
              <w:jc w:val="center"/>
              <w:rPr>
                <w:rFonts w:ascii="Arial" w:eastAsia="Calibri" w:hAnsi="Arial" w:cs="Arial"/>
                <w:sz w:val="24"/>
                <w:szCs w:val="24"/>
                <w:lang w:val="ru-RU"/>
              </w:rPr>
            </w:pPr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 xml:space="preserve">Российская Федерация, Московская область,                            </w:t>
            </w:r>
            <w:proofErr w:type="spellStart"/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г.о</w:t>
            </w:r>
            <w:proofErr w:type="spellEnd"/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 xml:space="preserve">. Люберцы,                  </w:t>
            </w:r>
            <w:proofErr w:type="spellStart"/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пгт</w:t>
            </w:r>
            <w:proofErr w:type="spellEnd"/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Красково</w:t>
            </w:r>
            <w:proofErr w:type="spellEnd"/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,                ул. Крупской, проезд к домам 25в, 27а, 23а</w:t>
            </w:r>
          </w:p>
        </w:tc>
        <w:tc>
          <w:tcPr>
            <w:tcW w:w="2420" w:type="dxa"/>
          </w:tcPr>
          <w:p w14:paraId="34D0BA2F" w14:textId="77777777" w:rsidR="00E86516" w:rsidRPr="002E0747" w:rsidRDefault="00E86516" w:rsidP="00E86516">
            <w:pPr>
              <w:jc w:val="center"/>
              <w:rPr>
                <w:rFonts w:ascii="Arial" w:eastAsia="Calibri" w:hAnsi="Arial" w:cs="Arial"/>
                <w:sz w:val="24"/>
                <w:szCs w:val="24"/>
                <w:lang w:val="ru-RU"/>
              </w:rPr>
            </w:pPr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Выписка из ЕГРН,  запись регистрации   50:22:0060617:449-50/133/2026-1</w:t>
            </w:r>
          </w:p>
          <w:p w14:paraId="338D8901" w14:textId="46837E5D" w:rsidR="00E86516" w:rsidRPr="002E0747" w:rsidRDefault="00E86516" w:rsidP="00E86516">
            <w:pPr>
              <w:tabs>
                <w:tab w:val="left" w:pos="912"/>
              </w:tabs>
              <w:jc w:val="center"/>
              <w:rPr>
                <w:rFonts w:ascii="Arial" w:eastAsia="Calibri" w:hAnsi="Arial" w:cs="Arial"/>
                <w:sz w:val="24"/>
                <w:szCs w:val="24"/>
                <w:lang w:val="ru-RU"/>
              </w:rPr>
            </w:pPr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от 10.07.2026,                                                         собственность Городского округа  Люберцы Московской области</w:t>
            </w:r>
          </w:p>
        </w:tc>
      </w:tr>
      <w:tr w:rsidR="00E86516" w:rsidRPr="00495B8B" w14:paraId="0B87791F" w14:textId="77777777" w:rsidTr="00E86516">
        <w:tc>
          <w:tcPr>
            <w:tcW w:w="562" w:type="dxa"/>
          </w:tcPr>
          <w:p w14:paraId="0C890843" w14:textId="3D9395CE" w:rsidR="00E86516" w:rsidRPr="002E0747" w:rsidRDefault="00E86516" w:rsidP="00E86516">
            <w:pPr>
              <w:tabs>
                <w:tab w:val="left" w:pos="912"/>
              </w:tabs>
              <w:jc w:val="center"/>
              <w:rPr>
                <w:rFonts w:ascii="Arial" w:hAnsi="Arial" w:cs="Arial"/>
                <w:sz w:val="24"/>
                <w:szCs w:val="24"/>
                <w:lang w:val="ru-RU" w:eastAsia="ru-RU"/>
              </w:rPr>
            </w:pPr>
            <w:r w:rsidRPr="002E0747">
              <w:rPr>
                <w:rFonts w:ascii="Arial" w:hAnsi="Arial" w:cs="Arial"/>
                <w:sz w:val="24"/>
                <w:szCs w:val="24"/>
                <w:lang w:val="ru-RU" w:eastAsia="ru-RU"/>
              </w:rPr>
              <w:t>21</w:t>
            </w:r>
          </w:p>
        </w:tc>
        <w:tc>
          <w:tcPr>
            <w:tcW w:w="1701" w:type="dxa"/>
          </w:tcPr>
          <w:p w14:paraId="000EBC39" w14:textId="61E6E417" w:rsidR="00E86516" w:rsidRPr="002E0747" w:rsidRDefault="00E86516" w:rsidP="00E86516">
            <w:pPr>
              <w:tabs>
                <w:tab w:val="left" w:pos="912"/>
              </w:tabs>
              <w:jc w:val="center"/>
              <w:rPr>
                <w:rFonts w:ascii="Arial" w:eastAsia="Calibri" w:hAnsi="Arial" w:cs="Arial"/>
                <w:sz w:val="24"/>
                <w:szCs w:val="24"/>
                <w:lang w:val="ru-RU"/>
              </w:rPr>
            </w:pPr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Н238.00957</w:t>
            </w:r>
          </w:p>
        </w:tc>
        <w:tc>
          <w:tcPr>
            <w:tcW w:w="2410" w:type="dxa"/>
          </w:tcPr>
          <w:p w14:paraId="50578DEE" w14:textId="71C9218A" w:rsidR="00E86516" w:rsidRPr="002E0747" w:rsidRDefault="00E86516" w:rsidP="00E86516">
            <w:pPr>
              <w:tabs>
                <w:tab w:val="left" w:pos="912"/>
              </w:tabs>
              <w:jc w:val="center"/>
              <w:rPr>
                <w:rFonts w:ascii="Arial" w:eastAsia="Calibri" w:hAnsi="Arial" w:cs="Arial"/>
                <w:sz w:val="24"/>
                <w:szCs w:val="24"/>
                <w:lang w:val="ru-RU"/>
              </w:rPr>
            </w:pPr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Автомобильная дорога,                      К№50:23:0030113:2923</w:t>
            </w:r>
          </w:p>
        </w:tc>
        <w:tc>
          <w:tcPr>
            <w:tcW w:w="2251" w:type="dxa"/>
          </w:tcPr>
          <w:p w14:paraId="49ECB848" w14:textId="4C18AD82" w:rsidR="00E86516" w:rsidRPr="002E0747" w:rsidRDefault="00E86516" w:rsidP="00E86516">
            <w:pPr>
              <w:tabs>
                <w:tab w:val="left" w:pos="912"/>
              </w:tabs>
              <w:jc w:val="center"/>
              <w:rPr>
                <w:rFonts w:ascii="Arial" w:eastAsia="Calibri" w:hAnsi="Arial" w:cs="Arial"/>
                <w:sz w:val="24"/>
                <w:szCs w:val="24"/>
                <w:lang w:val="ru-RU"/>
              </w:rPr>
            </w:pPr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 xml:space="preserve">Российская Федерация, Московская область,                        </w:t>
            </w:r>
            <w:proofErr w:type="spellStart"/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г.о</w:t>
            </w:r>
            <w:proofErr w:type="spellEnd"/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 xml:space="preserve">. Люберцы,                  д. </w:t>
            </w:r>
            <w:proofErr w:type="spellStart"/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Островцы</w:t>
            </w:r>
            <w:proofErr w:type="spellEnd"/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 xml:space="preserve">,                             ул. Центральная от дома 154/1 вдоль </w:t>
            </w:r>
            <w:proofErr w:type="spellStart"/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Островецкого</w:t>
            </w:r>
            <w:proofErr w:type="spellEnd"/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 xml:space="preserve"> озера</w:t>
            </w:r>
          </w:p>
        </w:tc>
        <w:tc>
          <w:tcPr>
            <w:tcW w:w="2420" w:type="dxa"/>
          </w:tcPr>
          <w:p w14:paraId="19667AF3" w14:textId="69C53029" w:rsidR="00E86516" w:rsidRPr="002E0747" w:rsidRDefault="00E86516" w:rsidP="00E86516">
            <w:pPr>
              <w:tabs>
                <w:tab w:val="left" w:pos="912"/>
              </w:tabs>
              <w:jc w:val="center"/>
              <w:rPr>
                <w:rFonts w:ascii="Arial" w:eastAsia="Calibri" w:hAnsi="Arial" w:cs="Arial"/>
                <w:sz w:val="24"/>
                <w:szCs w:val="24"/>
                <w:lang w:val="ru-RU"/>
              </w:rPr>
            </w:pPr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Выписка из ЕГРН,  запись регистрации   50:23:0030113:2923-50/133/2026-1 от 15.09.2026,                                                         собственность Городского округа  Люберцы Московской области</w:t>
            </w:r>
          </w:p>
        </w:tc>
      </w:tr>
      <w:tr w:rsidR="00E86516" w:rsidRPr="00495B8B" w14:paraId="2707C505" w14:textId="77777777" w:rsidTr="00E86516">
        <w:tc>
          <w:tcPr>
            <w:tcW w:w="562" w:type="dxa"/>
          </w:tcPr>
          <w:p w14:paraId="3BB8D957" w14:textId="4CD5903A" w:rsidR="00E86516" w:rsidRPr="002E0747" w:rsidRDefault="00E86516" w:rsidP="00E86516">
            <w:pPr>
              <w:tabs>
                <w:tab w:val="left" w:pos="912"/>
              </w:tabs>
              <w:jc w:val="center"/>
              <w:rPr>
                <w:rFonts w:ascii="Arial" w:hAnsi="Arial" w:cs="Arial"/>
                <w:sz w:val="24"/>
                <w:szCs w:val="24"/>
                <w:lang w:val="ru-RU" w:eastAsia="ru-RU"/>
              </w:rPr>
            </w:pPr>
            <w:r w:rsidRPr="002E0747">
              <w:rPr>
                <w:rFonts w:ascii="Arial" w:hAnsi="Arial" w:cs="Arial"/>
                <w:sz w:val="24"/>
                <w:szCs w:val="24"/>
                <w:lang w:val="ru-RU" w:eastAsia="ru-RU"/>
              </w:rPr>
              <w:t>22</w:t>
            </w:r>
          </w:p>
        </w:tc>
        <w:tc>
          <w:tcPr>
            <w:tcW w:w="1701" w:type="dxa"/>
          </w:tcPr>
          <w:p w14:paraId="3D76A8DC" w14:textId="380ADA29" w:rsidR="00E86516" w:rsidRPr="002E0747" w:rsidRDefault="00E86516" w:rsidP="00E86516">
            <w:pPr>
              <w:tabs>
                <w:tab w:val="left" w:pos="912"/>
              </w:tabs>
              <w:jc w:val="center"/>
              <w:rPr>
                <w:rFonts w:ascii="Arial" w:eastAsia="Calibri" w:hAnsi="Arial" w:cs="Arial"/>
                <w:sz w:val="24"/>
                <w:szCs w:val="24"/>
                <w:lang w:val="ru-RU"/>
              </w:rPr>
            </w:pPr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Н238.00958</w:t>
            </w:r>
          </w:p>
        </w:tc>
        <w:tc>
          <w:tcPr>
            <w:tcW w:w="2410" w:type="dxa"/>
          </w:tcPr>
          <w:p w14:paraId="0C38D9FD" w14:textId="13602F9D" w:rsidR="00E86516" w:rsidRPr="002E0747" w:rsidRDefault="00E86516" w:rsidP="00E86516">
            <w:pPr>
              <w:tabs>
                <w:tab w:val="left" w:pos="912"/>
              </w:tabs>
              <w:jc w:val="center"/>
              <w:rPr>
                <w:rFonts w:ascii="Arial" w:eastAsia="Calibri" w:hAnsi="Arial" w:cs="Arial"/>
                <w:sz w:val="24"/>
                <w:szCs w:val="24"/>
                <w:lang w:val="ru-RU"/>
              </w:rPr>
            </w:pPr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Автомобильная дорога,                     К№50:22:0060503:463</w:t>
            </w:r>
          </w:p>
        </w:tc>
        <w:tc>
          <w:tcPr>
            <w:tcW w:w="2251" w:type="dxa"/>
          </w:tcPr>
          <w:p w14:paraId="7C0F7F1F" w14:textId="6C0F4FE8" w:rsidR="00E86516" w:rsidRPr="002E0747" w:rsidRDefault="00E86516" w:rsidP="00E86516">
            <w:pPr>
              <w:tabs>
                <w:tab w:val="left" w:pos="912"/>
              </w:tabs>
              <w:jc w:val="center"/>
              <w:rPr>
                <w:rFonts w:ascii="Arial" w:eastAsia="Calibri" w:hAnsi="Arial" w:cs="Arial"/>
                <w:sz w:val="24"/>
                <w:szCs w:val="24"/>
                <w:lang w:val="ru-RU"/>
              </w:rPr>
            </w:pPr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 xml:space="preserve">Российская Федерация, Московская область,                       </w:t>
            </w:r>
            <w:proofErr w:type="spellStart"/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г.о</w:t>
            </w:r>
            <w:proofErr w:type="spellEnd"/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 xml:space="preserve">. Люберцы,                 </w:t>
            </w:r>
            <w:proofErr w:type="spellStart"/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пгт</w:t>
            </w:r>
            <w:proofErr w:type="spellEnd"/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Красково</w:t>
            </w:r>
            <w:proofErr w:type="spellEnd"/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,                             ул. Тяговой подстанции к д. 1/1, 1/2</w:t>
            </w:r>
          </w:p>
        </w:tc>
        <w:tc>
          <w:tcPr>
            <w:tcW w:w="2420" w:type="dxa"/>
          </w:tcPr>
          <w:p w14:paraId="22796820" w14:textId="77777777" w:rsidR="00E86516" w:rsidRPr="002E0747" w:rsidRDefault="00E86516" w:rsidP="00E86516">
            <w:pPr>
              <w:jc w:val="center"/>
              <w:rPr>
                <w:rFonts w:ascii="Arial" w:eastAsia="Calibri" w:hAnsi="Arial" w:cs="Arial"/>
                <w:sz w:val="24"/>
                <w:szCs w:val="24"/>
                <w:lang w:val="ru-RU"/>
              </w:rPr>
            </w:pPr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Выписка из ЕГРН,  запись регистрации   Выписка из ЕГРН,  запись регистрации   50:22:0060503:463-50/133/2026-1</w:t>
            </w:r>
          </w:p>
          <w:p w14:paraId="798CBBA6" w14:textId="269C5C62" w:rsidR="00E86516" w:rsidRPr="002E0747" w:rsidRDefault="00E86516" w:rsidP="00E86516">
            <w:pPr>
              <w:tabs>
                <w:tab w:val="left" w:pos="912"/>
              </w:tabs>
              <w:jc w:val="center"/>
              <w:rPr>
                <w:rFonts w:ascii="Arial" w:eastAsia="Calibri" w:hAnsi="Arial" w:cs="Arial"/>
                <w:sz w:val="24"/>
                <w:szCs w:val="24"/>
                <w:lang w:val="ru-RU"/>
              </w:rPr>
            </w:pPr>
            <w:proofErr w:type="gramStart"/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от</w:t>
            </w:r>
            <w:proofErr w:type="gramEnd"/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 xml:space="preserve"> 15.09.2026,                                                         собственность </w:t>
            </w:r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lastRenderedPageBreak/>
              <w:t xml:space="preserve">Городского округа  Люберцы Московской области </w:t>
            </w:r>
            <w:proofErr w:type="spellStart"/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области</w:t>
            </w:r>
            <w:proofErr w:type="spellEnd"/>
          </w:p>
        </w:tc>
      </w:tr>
      <w:tr w:rsidR="00E86516" w:rsidRPr="00495B8B" w14:paraId="3A65795F" w14:textId="77777777" w:rsidTr="00E86516">
        <w:tc>
          <w:tcPr>
            <w:tcW w:w="562" w:type="dxa"/>
          </w:tcPr>
          <w:p w14:paraId="701E1214" w14:textId="5790DD63" w:rsidR="00E86516" w:rsidRPr="002E0747" w:rsidRDefault="00E86516" w:rsidP="00E86516">
            <w:pPr>
              <w:tabs>
                <w:tab w:val="left" w:pos="912"/>
              </w:tabs>
              <w:jc w:val="center"/>
              <w:rPr>
                <w:rFonts w:ascii="Arial" w:hAnsi="Arial" w:cs="Arial"/>
                <w:sz w:val="24"/>
                <w:szCs w:val="24"/>
                <w:lang w:val="ru-RU" w:eastAsia="ru-RU"/>
              </w:rPr>
            </w:pPr>
            <w:r w:rsidRPr="002E0747">
              <w:rPr>
                <w:rFonts w:ascii="Arial" w:hAnsi="Arial" w:cs="Arial"/>
                <w:sz w:val="24"/>
                <w:szCs w:val="24"/>
                <w:lang w:val="ru-RU" w:eastAsia="ru-RU"/>
              </w:rPr>
              <w:lastRenderedPageBreak/>
              <w:t>23</w:t>
            </w:r>
          </w:p>
        </w:tc>
        <w:tc>
          <w:tcPr>
            <w:tcW w:w="1701" w:type="dxa"/>
          </w:tcPr>
          <w:p w14:paraId="4CA86B1F" w14:textId="6B8A0B3C" w:rsidR="00E86516" w:rsidRPr="002E0747" w:rsidRDefault="00E86516" w:rsidP="00E86516">
            <w:pPr>
              <w:tabs>
                <w:tab w:val="left" w:pos="912"/>
              </w:tabs>
              <w:jc w:val="center"/>
              <w:rPr>
                <w:rFonts w:ascii="Arial" w:eastAsia="Calibri" w:hAnsi="Arial" w:cs="Arial"/>
                <w:sz w:val="24"/>
                <w:szCs w:val="24"/>
                <w:lang w:val="ru-RU"/>
              </w:rPr>
            </w:pPr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Н238.01052</w:t>
            </w:r>
          </w:p>
        </w:tc>
        <w:tc>
          <w:tcPr>
            <w:tcW w:w="2410" w:type="dxa"/>
          </w:tcPr>
          <w:p w14:paraId="742266CA" w14:textId="29DDE8B2" w:rsidR="00E86516" w:rsidRPr="002E0747" w:rsidRDefault="00E86516" w:rsidP="00E86516">
            <w:pPr>
              <w:tabs>
                <w:tab w:val="left" w:pos="912"/>
              </w:tabs>
              <w:jc w:val="center"/>
              <w:rPr>
                <w:rFonts w:ascii="Arial" w:eastAsia="Calibri" w:hAnsi="Arial" w:cs="Arial"/>
                <w:sz w:val="24"/>
                <w:szCs w:val="24"/>
                <w:lang w:val="ru-RU"/>
              </w:rPr>
            </w:pPr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Автомобильная дорога,                        К№50:22:0060703:14495</w:t>
            </w:r>
          </w:p>
        </w:tc>
        <w:tc>
          <w:tcPr>
            <w:tcW w:w="2251" w:type="dxa"/>
          </w:tcPr>
          <w:p w14:paraId="66CE4E1D" w14:textId="4134BDB8" w:rsidR="00E86516" w:rsidRPr="002E0747" w:rsidRDefault="00E86516" w:rsidP="00E86516">
            <w:pPr>
              <w:tabs>
                <w:tab w:val="left" w:pos="912"/>
              </w:tabs>
              <w:jc w:val="center"/>
              <w:rPr>
                <w:rFonts w:ascii="Arial" w:eastAsia="Calibri" w:hAnsi="Arial" w:cs="Arial"/>
                <w:sz w:val="24"/>
                <w:szCs w:val="24"/>
                <w:lang w:val="ru-RU"/>
              </w:rPr>
            </w:pPr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 xml:space="preserve">Российская Федерация, Московская область,                       </w:t>
            </w:r>
            <w:proofErr w:type="spellStart"/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г.о</w:t>
            </w:r>
            <w:proofErr w:type="spellEnd"/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 xml:space="preserve">. Люберцы,                 </w:t>
            </w:r>
            <w:proofErr w:type="spellStart"/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пгт</w:t>
            </w:r>
            <w:proofErr w:type="spellEnd"/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Красково</w:t>
            </w:r>
            <w:proofErr w:type="spellEnd"/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,              ул. Школьная, от ул. Карла Маркса до гимназии № 56</w:t>
            </w:r>
          </w:p>
        </w:tc>
        <w:tc>
          <w:tcPr>
            <w:tcW w:w="2420" w:type="dxa"/>
          </w:tcPr>
          <w:p w14:paraId="13979CC2" w14:textId="1F5F1982" w:rsidR="00E86516" w:rsidRPr="002E0747" w:rsidRDefault="00E86516" w:rsidP="00E86516">
            <w:pPr>
              <w:tabs>
                <w:tab w:val="left" w:pos="912"/>
              </w:tabs>
              <w:jc w:val="center"/>
              <w:rPr>
                <w:rFonts w:ascii="Arial" w:eastAsia="Calibri" w:hAnsi="Arial" w:cs="Arial"/>
                <w:sz w:val="24"/>
                <w:szCs w:val="24"/>
                <w:lang w:val="ru-RU"/>
              </w:rPr>
            </w:pPr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Выписка из ЕГРН,  запись регистрации   50:22:0060703:14495-50/133/2026-1 от 09.10.2026,                                                         собственность Городского округа  Люберцы Московской области</w:t>
            </w:r>
          </w:p>
        </w:tc>
      </w:tr>
      <w:tr w:rsidR="00E86516" w:rsidRPr="00495B8B" w14:paraId="0C8E30AA" w14:textId="77777777" w:rsidTr="00E86516">
        <w:tc>
          <w:tcPr>
            <w:tcW w:w="562" w:type="dxa"/>
          </w:tcPr>
          <w:p w14:paraId="61EE0282" w14:textId="1E6245A7" w:rsidR="00E86516" w:rsidRPr="002E0747" w:rsidRDefault="00E86516" w:rsidP="00E86516">
            <w:pPr>
              <w:tabs>
                <w:tab w:val="left" w:pos="912"/>
              </w:tabs>
              <w:jc w:val="center"/>
              <w:rPr>
                <w:rFonts w:ascii="Arial" w:hAnsi="Arial" w:cs="Arial"/>
                <w:sz w:val="24"/>
                <w:szCs w:val="24"/>
                <w:lang w:val="ru-RU" w:eastAsia="ru-RU"/>
              </w:rPr>
            </w:pPr>
            <w:r w:rsidRPr="002E0747">
              <w:rPr>
                <w:rFonts w:ascii="Arial" w:hAnsi="Arial" w:cs="Arial"/>
                <w:sz w:val="24"/>
                <w:szCs w:val="24"/>
                <w:lang w:val="ru-RU" w:eastAsia="ru-RU"/>
              </w:rPr>
              <w:t>24</w:t>
            </w:r>
          </w:p>
        </w:tc>
        <w:tc>
          <w:tcPr>
            <w:tcW w:w="1701" w:type="dxa"/>
          </w:tcPr>
          <w:p w14:paraId="02E31CA2" w14:textId="3B16DEB3" w:rsidR="00E86516" w:rsidRPr="002E0747" w:rsidRDefault="00E86516" w:rsidP="00E86516">
            <w:pPr>
              <w:tabs>
                <w:tab w:val="left" w:pos="912"/>
              </w:tabs>
              <w:jc w:val="center"/>
              <w:rPr>
                <w:rFonts w:ascii="Arial" w:eastAsia="Calibri" w:hAnsi="Arial" w:cs="Arial"/>
                <w:sz w:val="24"/>
                <w:szCs w:val="24"/>
                <w:lang w:val="ru-RU"/>
              </w:rPr>
            </w:pPr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Н238.01053</w:t>
            </w:r>
          </w:p>
        </w:tc>
        <w:tc>
          <w:tcPr>
            <w:tcW w:w="2410" w:type="dxa"/>
          </w:tcPr>
          <w:p w14:paraId="5DCE1970" w14:textId="776A5A5B" w:rsidR="00E86516" w:rsidRPr="002E0747" w:rsidRDefault="00E86516" w:rsidP="00E86516">
            <w:pPr>
              <w:tabs>
                <w:tab w:val="left" w:pos="912"/>
              </w:tabs>
              <w:jc w:val="center"/>
              <w:rPr>
                <w:rFonts w:ascii="Arial" w:eastAsia="Calibri" w:hAnsi="Arial" w:cs="Arial"/>
                <w:sz w:val="24"/>
                <w:szCs w:val="24"/>
                <w:lang w:val="ru-RU"/>
              </w:rPr>
            </w:pPr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Автомобильная дорога,                       К№50:22:0040203:1671</w:t>
            </w:r>
          </w:p>
        </w:tc>
        <w:tc>
          <w:tcPr>
            <w:tcW w:w="2251" w:type="dxa"/>
          </w:tcPr>
          <w:p w14:paraId="46B2CC6F" w14:textId="46195363" w:rsidR="00E86516" w:rsidRPr="002E0747" w:rsidRDefault="00E86516" w:rsidP="00E86516">
            <w:pPr>
              <w:tabs>
                <w:tab w:val="left" w:pos="912"/>
              </w:tabs>
              <w:jc w:val="center"/>
              <w:rPr>
                <w:rFonts w:ascii="Arial" w:eastAsia="Calibri" w:hAnsi="Arial" w:cs="Arial"/>
                <w:sz w:val="24"/>
                <w:szCs w:val="24"/>
                <w:lang w:val="ru-RU"/>
              </w:rPr>
            </w:pPr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 xml:space="preserve">Российская Федерация, Московская область,                       </w:t>
            </w:r>
            <w:proofErr w:type="spellStart"/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г.о</w:t>
            </w:r>
            <w:proofErr w:type="spellEnd"/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 xml:space="preserve">. Люберцы,    </w:t>
            </w:r>
            <w:proofErr w:type="spellStart"/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пгт</w:t>
            </w:r>
            <w:proofErr w:type="spellEnd"/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Томилино</w:t>
            </w:r>
            <w:proofErr w:type="spellEnd"/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,  ул. Никитина, проезд к домам 13,14,15</w:t>
            </w:r>
          </w:p>
        </w:tc>
        <w:tc>
          <w:tcPr>
            <w:tcW w:w="2420" w:type="dxa"/>
          </w:tcPr>
          <w:p w14:paraId="54A0E065" w14:textId="77777777" w:rsidR="00E86516" w:rsidRPr="002E0747" w:rsidRDefault="00E86516" w:rsidP="00E86516">
            <w:pPr>
              <w:jc w:val="center"/>
              <w:rPr>
                <w:rFonts w:ascii="Arial" w:eastAsia="Calibri" w:hAnsi="Arial" w:cs="Arial"/>
                <w:sz w:val="24"/>
                <w:szCs w:val="24"/>
                <w:lang w:val="ru-RU"/>
              </w:rPr>
            </w:pPr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Выписка из ЕГРН,  запись регистрации   50:22:0040203:1671-50/133/2026-1</w:t>
            </w:r>
          </w:p>
          <w:p w14:paraId="54599AA3" w14:textId="3ACD5DF4" w:rsidR="00E86516" w:rsidRPr="002E0747" w:rsidRDefault="00E86516" w:rsidP="00E86516">
            <w:pPr>
              <w:tabs>
                <w:tab w:val="left" w:pos="912"/>
              </w:tabs>
              <w:jc w:val="center"/>
              <w:rPr>
                <w:rFonts w:ascii="Arial" w:eastAsia="Calibri" w:hAnsi="Arial" w:cs="Arial"/>
                <w:sz w:val="24"/>
                <w:szCs w:val="24"/>
                <w:lang w:val="ru-RU"/>
              </w:rPr>
            </w:pPr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09.10.2026,                                                         собственность Городского округа  Люберцы Московской области</w:t>
            </w:r>
          </w:p>
        </w:tc>
      </w:tr>
      <w:tr w:rsidR="00E86516" w:rsidRPr="00495B8B" w14:paraId="6746C92F" w14:textId="77777777" w:rsidTr="00E86516">
        <w:tc>
          <w:tcPr>
            <w:tcW w:w="562" w:type="dxa"/>
          </w:tcPr>
          <w:p w14:paraId="45EDAE3E" w14:textId="739A3C9E" w:rsidR="00E86516" w:rsidRPr="002E0747" w:rsidRDefault="00E86516" w:rsidP="00E86516">
            <w:pPr>
              <w:tabs>
                <w:tab w:val="left" w:pos="912"/>
              </w:tabs>
              <w:jc w:val="center"/>
              <w:rPr>
                <w:rFonts w:ascii="Arial" w:hAnsi="Arial" w:cs="Arial"/>
                <w:sz w:val="24"/>
                <w:szCs w:val="24"/>
                <w:lang w:val="ru-RU" w:eastAsia="ru-RU"/>
              </w:rPr>
            </w:pPr>
            <w:r w:rsidRPr="002E0747">
              <w:rPr>
                <w:rFonts w:ascii="Arial" w:hAnsi="Arial" w:cs="Arial"/>
                <w:sz w:val="24"/>
                <w:szCs w:val="24"/>
                <w:lang w:val="ru-RU" w:eastAsia="ru-RU"/>
              </w:rPr>
              <w:t>25</w:t>
            </w:r>
          </w:p>
        </w:tc>
        <w:tc>
          <w:tcPr>
            <w:tcW w:w="1701" w:type="dxa"/>
          </w:tcPr>
          <w:p w14:paraId="4A425B1D" w14:textId="7F147793" w:rsidR="00E86516" w:rsidRPr="002E0747" w:rsidRDefault="00E86516" w:rsidP="00E86516">
            <w:pPr>
              <w:tabs>
                <w:tab w:val="left" w:pos="912"/>
              </w:tabs>
              <w:jc w:val="center"/>
              <w:rPr>
                <w:rFonts w:ascii="Arial" w:eastAsia="Calibri" w:hAnsi="Arial" w:cs="Arial"/>
                <w:sz w:val="24"/>
                <w:szCs w:val="24"/>
                <w:lang w:val="ru-RU"/>
              </w:rPr>
            </w:pPr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Н238.01054</w:t>
            </w:r>
          </w:p>
        </w:tc>
        <w:tc>
          <w:tcPr>
            <w:tcW w:w="2410" w:type="dxa"/>
          </w:tcPr>
          <w:p w14:paraId="4F3C3E1C" w14:textId="77777777" w:rsidR="00E86516" w:rsidRPr="002E0747" w:rsidRDefault="00E86516" w:rsidP="00E86516">
            <w:pPr>
              <w:jc w:val="center"/>
              <w:rPr>
                <w:rFonts w:ascii="Arial" w:eastAsia="Calibri" w:hAnsi="Arial" w:cs="Arial"/>
                <w:sz w:val="24"/>
                <w:szCs w:val="24"/>
                <w:lang w:val="ru-RU"/>
              </w:rPr>
            </w:pPr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Автомобильная дорога,                         К№50:22:0040404:9760</w:t>
            </w:r>
          </w:p>
          <w:p w14:paraId="6EAE3229" w14:textId="77777777" w:rsidR="00E86516" w:rsidRPr="002E0747" w:rsidRDefault="00E86516" w:rsidP="00E86516">
            <w:pPr>
              <w:tabs>
                <w:tab w:val="left" w:pos="912"/>
              </w:tabs>
              <w:jc w:val="center"/>
              <w:rPr>
                <w:rFonts w:ascii="Arial" w:eastAsia="Calibri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2251" w:type="dxa"/>
          </w:tcPr>
          <w:p w14:paraId="2BC74BCD" w14:textId="55278DD0" w:rsidR="00E86516" w:rsidRPr="002E0747" w:rsidRDefault="00E86516" w:rsidP="00E86516">
            <w:pPr>
              <w:tabs>
                <w:tab w:val="left" w:pos="912"/>
              </w:tabs>
              <w:jc w:val="center"/>
              <w:rPr>
                <w:rFonts w:ascii="Arial" w:eastAsia="Calibri" w:hAnsi="Arial" w:cs="Arial"/>
                <w:sz w:val="24"/>
                <w:szCs w:val="24"/>
                <w:lang w:val="ru-RU"/>
              </w:rPr>
            </w:pPr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 xml:space="preserve">Российская Федерация, Московская область,                       </w:t>
            </w:r>
            <w:proofErr w:type="spellStart"/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Г.о</w:t>
            </w:r>
            <w:proofErr w:type="spellEnd"/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. Люберцы, г. Люберцы, вдоль торгового центра «Метро Кеш энд Керри» от границы земельного участка 50:22:0040404:9167 до границ земельного участка 50:22:0040404:8756</w:t>
            </w:r>
          </w:p>
        </w:tc>
        <w:tc>
          <w:tcPr>
            <w:tcW w:w="2420" w:type="dxa"/>
          </w:tcPr>
          <w:p w14:paraId="69785600" w14:textId="77777777" w:rsidR="00E86516" w:rsidRPr="002E0747" w:rsidRDefault="00E86516" w:rsidP="00E86516">
            <w:pPr>
              <w:jc w:val="center"/>
              <w:rPr>
                <w:rFonts w:ascii="Arial" w:eastAsia="Calibri" w:hAnsi="Arial" w:cs="Arial"/>
                <w:sz w:val="24"/>
                <w:szCs w:val="24"/>
                <w:lang w:val="ru-RU"/>
              </w:rPr>
            </w:pPr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Выписка из ЕГРН,  запись регистрации   50:22:0040404:9760-50/133/2026-1</w:t>
            </w:r>
          </w:p>
          <w:p w14:paraId="17B3C986" w14:textId="48883E5A" w:rsidR="00E86516" w:rsidRPr="002E0747" w:rsidRDefault="00E86516" w:rsidP="00E86516">
            <w:pPr>
              <w:tabs>
                <w:tab w:val="left" w:pos="912"/>
              </w:tabs>
              <w:jc w:val="center"/>
              <w:rPr>
                <w:rFonts w:ascii="Arial" w:eastAsia="Calibri" w:hAnsi="Arial" w:cs="Arial"/>
                <w:sz w:val="24"/>
                <w:szCs w:val="24"/>
                <w:lang w:val="ru-RU"/>
              </w:rPr>
            </w:pPr>
            <w:r w:rsidRPr="002E0747">
              <w:rPr>
                <w:rFonts w:ascii="Arial" w:eastAsia="Calibri" w:hAnsi="Arial" w:cs="Arial"/>
                <w:sz w:val="24"/>
                <w:szCs w:val="24"/>
                <w:lang w:val="ru-RU"/>
              </w:rPr>
              <w:t>от 09.10.2026,                                                         собственность Городского округа  Люберцы Московской области</w:t>
            </w:r>
          </w:p>
        </w:tc>
      </w:tr>
    </w:tbl>
    <w:p w14:paraId="144B9EF1" w14:textId="77777777" w:rsidR="008C5D0D" w:rsidRPr="002E0747" w:rsidRDefault="008C5D0D" w:rsidP="00E86516">
      <w:pPr>
        <w:spacing w:before="239" w:line="260" w:lineRule="exact"/>
        <w:ind w:right="366"/>
        <w:rPr>
          <w:rFonts w:ascii="Arial" w:hAnsi="Arial" w:cs="Arial"/>
          <w:b/>
          <w:sz w:val="24"/>
          <w:szCs w:val="24"/>
          <w:lang w:val="ru-RU"/>
        </w:rPr>
      </w:pPr>
    </w:p>
    <w:sectPr w:rsidR="008C5D0D" w:rsidRPr="002E0747" w:rsidSect="00A72C08">
      <w:pgSz w:w="11906" w:h="16838"/>
      <w:pgMar w:top="624" w:right="851" w:bottom="1134" w:left="1701" w:header="357" w:footer="35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120DF"/>
    <w:rsid w:val="0015074B"/>
    <w:rsid w:val="00170666"/>
    <w:rsid w:val="001A4A09"/>
    <w:rsid w:val="0029639D"/>
    <w:rsid w:val="002E0747"/>
    <w:rsid w:val="00305591"/>
    <w:rsid w:val="00326F90"/>
    <w:rsid w:val="00331527"/>
    <w:rsid w:val="00384473"/>
    <w:rsid w:val="00495B8B"/>
    <w:rsid w:val="006743C4"/>
    <w:rsid w:val="00861793"/>
    <w:rsid w:val="008C5D0D"/>
    <w:rsid w:val="008F6A75"/>
    <w:rsid w:val="00A72C08"/>
    <w:rsid w:val="00AA1D8D"/>
    <w:rsid w:val="00B47730"/>
    <w:rsid w:val="00B53120"/>
    <w:rsid w:val="00CB0664"/>
    <w:rsid w:val="00E86516"/>
    <w:rsid w:val="00ED418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4D1285"/>
  <w14:defaultImageDpi w14:val="300"/>
  <w15:docId w15:val="{E1D3CB4F-C56F-4675-8A88-0E5C69933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0"/>
    </w:pPr>
    <w:rPr>
      <w:rFonts w:ascii="Times New Roman" w:eastAsia="Times New Roman" w:hAnsi="Times New Roman" w:cs="Times New Roman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1A4A0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1A4A09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CE8848E-804C-4C65-AADF-73FE36ABFA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1987</Words>
  <Characters>11332</Characters>
  <Application>Microsoft Office Word</Application>
  <DocSecurity>0</DocSecurity>
  <Lines>94</Lines>
  <Paragraphs>26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Бланки с новым гербом: Администрация и Глава городского округа Люберцы</vt:lpstr>
      <vt:lpstr/>
    </vt:vector>
  </TitlesOfParts>
  <Company/>
  <LinksUpToDate>false</LinksUpToDate>
  <CharactersWithSpaces>13293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Бланки с новым гербом: Администрация и Глава городского округа Люберцы</dc:title>
  <dc:creator>Anton Kosyakin</dc:creator>
  <dc:description>generated by python-docx</dc:description>
  <cp:lastModifiedBy>User</cp:lastModifiedBy>
  <cp:revision>4</cp:revision>
  <dcterms:created xsi:type="dcterms:W3CDTF">2026-10-22T12:43:00Z</dcterms:created>
  <dcterms:modified xsi:type="dcterms:W3CDTF">2026-10-23T06:54:00Z</dcterms:modified>
</cp:coreProperties>
</file>