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0E78D" w14:textId="77777777" w:rsidR="006743C4" w:rsidRPr="00E04501" w:rsidRDefault="00170666">
      <w:pPr>
        <w:pageBreakBefore/>
        <w:spacing w:line="240" w:lineRule="auto"/>
        <w:ind w:right="366"/>
        <w:jc w:val="center"/>
        <w:rPr>
          <w:rFonts w:ascii="Arial" w:hAnsi="Arial" w:cs="Arial"/>
          <w:sz w:val="24"/>
          <w:szCs w:val="24"/>
        </w:rPr>
      </w:pPr>
      <w:r w:rsidRPr="00E04501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2922517" wp14:editId="0BA59017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0FFBD27" w14:textId="77777777" w:rsidR="006743C4" w:rsidRPr="00E04501" w:rsidRDefault="00170666">
      <w:pPr>
        <w:spacing w:before="293" w:line="48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bCs/>
          <w:spacing w:val="5"/>
          <w:kern w:val="2"/>
          <w:sz w:val="24"/>
          <w:szCs w:val="24"/>
          <w:lang w:val="ru-RU"/>
        </w:rPr>
        <w:t>АДМИНИСТРАЦИЯ</w:t>
      </w:r>
    </w:p>
    <w:p w14:paraId="5E084C18" w14:textId="77777777" w:rsidR="006743C4" w:rsidRPr="00E04501" w:rsidRDefault="00170666">
      <w:pPr>
        <w:spacing w:before="58"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bCs/>
          <w:kern w:val="2"/>
          <w:sz w:val="24"/>
          <w:szCs w:val="24"/>
          <w:lang w:val="ru-RU"/>
        </w:rPr>
        <w:t>ГОРОДСКОГО ОКРУГА ЛЮБЕРЦЫ</w:t>
      </w:r>
    </w:p>
    <w:p w14:paraId="7F5C2721" w14:textId="77777777" w:rsidR="006743C4" w:rsidRPr="00E04501" w:rsidRDefault="00170666">
      <w:pPr>
        <w:spacing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bCs/>
          <w:kern w:val="2"/>
          <w:sz w:val="24"/>
          <w:szCs w:val="24"/>
          <w:lang w:val="ru-RU"/>
        </w:rPr>
        <w:t>МОСКОВСКОЙ ОБЛАСТИ</w:t>
      </w:r>
    </w:p>
    <w:p w14:paraId="0D562B35" w14:textId="77777777" w:rsidR="006743C4" w:rsidRPr="00E04501" w:rsidRDefault="00170666">
      <w:pPr>
        <w:spacing w:before="462" w:line="380" w:lineRule="exact"/>
        <w:ind w:right="4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bCs/>
          <w:spacing w:val="-4"/>
          <w:kern w:val="2"/>
          <w:sz w:val="24"/>
          <w:szCs w:val="24"/>
          <w:lang w:val="ru-RU"/>
        </w:rPr>
        <w:t>ПОСТАНОВЛЕНИЕ</w:t>
      </w:r>
    </w:p>
    <w:p w14:paraId="3DC43A70" w14:textId="5B1EBBF6" w:rsidR="006743C4" w:rsidRPr="00E04501" w:rsidRDefault="008D5499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 xml:space="preserve">    20.10.2026</w:t>
      </w:r>
      <w:r w:rsidR="00170666" w:rsidRPr="00E04501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ab/>
      </w:r>
      <w:r w:rsidR="00170666" w:rsidRPr="00E0450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="00170666" w:rsidRPr="00E04501">
        <w:rPr>
          <w:rFonts w:ascii="Arial" w:hAnsi="Arial" w:cs="Arial"/>
          <w:b/>
          <w:bCs/>
          <w:kern w:val="2"/>
          <w:position w:val="-2"/>
          <w:sz w:val="24"/>
          <w:szCs w:val="24"/>
          <w:lang w:val="ru-RU"/>
        </w:rPr>
        <w:t>№</w:t>
      </w:r>
      <w:r w:rsidR="00170666" w:rsidRPr="00E0450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 xml:space="preserve">     </w:t>
      </w:r>
      <w:r w:rsidRPr="008D5499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4038-ПА</w:t>
      </w:r>
      <w:r w:rsidR="00170666" w:rsidRPr="00E04501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ab/>
      </w:r>
    </w:p>
    <w:p w14:paraId="2C02BEA5" w14:textId="0807D552" w:rsidR="006743C4" w:rsidRPr="00E04501" w:rsidRDefault="00170666">
      <w:pPr>
        <w:spacing w:before="239" w:line="260" w:lineRule="exact"/>
        <w:ind w:right="366"/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  <w:r w:rsidRPr="00E04501">
        <w:rPr>
          <w:rFonts w:ascii="Arial" w:hAnsi="Arial" w:cs="Arial"/>
          <w:b/>
          <w:bCs/>
          <w:kern w:val="2"/>
          <w:sz w:val="24"/>
          <w:szCs w:val="24"/>
          <w:lang w:val="ru-RU"/>
        </w:rPr>
        <w:t>г. Люберцы</w:t>
      </w:r>
    </w:p>
    <w:p w14:paraId="38F776A6" w14:textId="77777777" w:rsidR="009C5B2A" w:rsidRPr="00E04501" w:rsidRDefault="009C5B2A" w:rsidP="009C5B2A">
      <w:pPr>
        <w:ind w:firstLine="720"/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8377E5D" w14:textId="350AA322" w:rsidR="009C5B2A" w:rsidRPr="00E04501" w:rsidRDefault="009C5B2A" w:rsidP="009C5B2A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sz w:val="24"/>
          <w:szCs w:val="24"/>
          <w:lang w:val="ru-RU"/>
        </w:rPr>
        <w:t>Об отмене особого противопожарного режима на территории</w:t>
      </w:r>
    </w:p>
    <w:p w14:paraId="73F772D9" w14:textId="77777777" w:rsidR="009C5B2A" w:rsidRPr="00E04501" w:rsidRDefault="009C5B2A" w:rsidP="009C5B2A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b/>
          <w:sz w:val="24"/>
          <w:szCs w:val="24"/>
          <w:lang w:val="ru-RU"/>
        </w:rPr>
        <w:t>Городского округа Люберцы Московской области</w:t>
      </w:r>
    </w:p>
    <w:p w14:paraId="76FDF074" w14:textId="77777777" w:rsidR="009C5B2A" w:rsidRPr="00E04501" w:rsidRDefault="009C5B2A" w:rsidP="009C5B2A">
      <w:pPr>
        <w:ind w:firstLine="720"/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06FE9BA3" w14:textId="1B65A616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 xml:space="preserve">В соответствии с Федеральным законом от 06.10.2003 № 131-ФЗ </w:t>
      </w:r>
      <w:r w:rsidRPr="00E04501">
        <w:rPr>
          <w:rFonts w:ascii="Arial" w:hAnsi="Arial" w:cs="Arial"/>
          <w:sz w:val="24"/>
          <w:szCs w:val="24"/>
          <w:lang w:val="ru-RU"/>
        </w:rPr>
        <w:br/>
        <w:t xml:space="preserve">«Об общих принципах организации местного самоуправления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21.12.1994 № 69-ФЗ «О пожарной безопасности», Законом Московской области от 27.12.2005 № 269/2005-ОЗ «О пожарной безопасности в Московской области», Уставом Городского округа Люберцы Московской области, Распоряжением Главы Городского округа Люберцы </w:t>
      </w:r>
      <w:r w:rsidR="00E04501">
        <w:rPr>
          <w:rFonts w:ascii="Arial" w:hAnsi="Arial" w:cs="Arial"/>
          <w:sz w:val="24"/>
          <w:szCs w:val="24"/>
          <w:lang w:val="ru-RU"/>
        </w:rPr>
        <w:br/>
      </w:r>
      <w:r w:rsidRPr="00E04501">
        <w:rPr>
          <w:rFonts w:ascii="Arial" w:hAnsi="Arial" w:cs="Arial"/>
          <w:sz w:val="24"/>
          <w:szCs w:val="24"/>
          <w:lang w:val="ru-RU"/>
        </w:rPr>
        <w:t>от 12.05.2025 № 01-РГ «О наделении полномочиями Первого заместителя Главы Городского округа Люберцы», постановляю:</w:t>
      </w:r>
    </w:p>
    <w:p w14:paraId="6685CB7B" w14:textId="77777777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14:paraId="70A57BAD" w14:textId="0613B417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 xml:space="preserve">1. Отменить с 00 часов 00 минут </w:t>
      </w:r>
      <w:r w:rsidR="00A06DB5">
        <w:rPr>
          <w:rFonts w:ascii="Arial" w:hAnsi="Arial" w:cs="Arial"/>
          <w:sz w:val="24"/>
          <w:szCs w:val="24"/>
          <w:lang w:val="ru-RU"/>
        </w:rPr>
        <w:t>22</w:t>
      </w:r>
      <w:r w:rsidRPr="00E04501">
        <w:rPr>
          <w:rFonts w:ascii="Arial" w:hAnsi="Arial" w:cs="Arial"/>
          <w:sz w:val="24"/>
          <w:szCs w:val="24"/>
          <w:lang w:val="ru-RU"/>
        </w:rPr>
        <w:t xml:space="preserve"> октября 2026 года особый противопожарный режим на территории Городского округа Люберцы Московской области.</w:t>
      </w:r>
    </w:p>
    <w:p w14:paraId="17869649" w14:textId="0061E08D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 xml:space="preserve">2. Признать утратившим силу Постановление администрации Городского округа Люберцы от 22.04.2026 № 1434-ПА «Об установлении </w:t>
      </w:r>
      <w:r w:rsidRPr="00E04501">
        <w:rPr>
          <w:rFonts w:ascii="Arial" w:hAnsi="Arial" w:cs="Arial"/>
          <w:sz w:val="24"/>
          <w:szCs w:val="24"/>
          <w:lang w:val="ru-RU"/>
        </w:rPr>
        <w:br/>
        <w:t>на территории Городского округа Люберцы Московской области особого противопожарного режима».</w:t>
      </w:r>
    </w:p>
    <w:p w14:paraId="21401A81" w14:textId="77777777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>3. Разместить настоящее Постановление на официальном сайте администрации в сети «Интернет».</w:t>
      </w:r>
    </w:p>
    <w:p w14:paraId="3345923E" w14:textId="45F0434F" w:rsidR="009C5B2A" w:rsidRPr="00E04501" w:rsidRDefault="009C5B2A" w:rsidP="009C5B2A">
      <w:pPr>
        <w:ind w:firstLine="720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 xml:space="preserve">4. Контроль за исполнением настоящего Постановления возложить </w:t>
      </w:r>
      <w:r w:rsidRPr="00E04501">
        <w:rPr>
          <w:rFonts w:ascii="Arial" w:hAnsi="Arial" w:cs="Arial"/>
          <w:sz w:val="24"/>
          <w:szCs w:val="24"/>
          <w:lang w:val="ru-RU"/>
        </w:rPr>
        <w:br/>
        <w:t>на заместителя Главы Сорокина А.Е.</w:t>
      </w:r>
    </w:p>
    <w:p w14:paraId="0F082407" w14:textId="35DC19CE" w:rsidR="009C5B2A" w:rsidRPr="00E04501" w:rsidRDefault="009C5B2A" w:rsidP="009C5B2A">
      <w:pPr>
        <w:ind w:firstLine="720"/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57D6D1CB" w14:textId="673B5068" w:rsidR="009C5B2A" w:rsidRPr="00E04501" w:rsidRDefault="009C5B2A" w:rsidP="009C5B2A">
      <w:pPr>
        <w:ind w:firstLine="720"/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698882B1" w14:textId="77777777" w:rsidR="009C5B2A" w:rsidRPr="00E04501" w:rsidRDefault="009C5B2A" w:rsidP="009C5B2A">
      <w:pPr>
        <w:ind w:firstLine="720"/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F8F5187" w14:textId="6B2E0D13" w:rsidR="009C5B2A" w:rsidRPr="00E04501" w:rsidRDefault="009C5B2A" w:rsidP="00E04501">
      <w:pPr>
        <w:contextualSpacing/>
        <w:rPr>
          <w:rFonts w:ascii="Arial" w:hAnsi="Arial" w:cs="Arial"/>
          <w:b/>
          <w:sz w:val="24"/>
          <w:szCs w:val="24"/>
          <w:lang w:val="ru-RU"/>
        </w:rPr>
      </w:pPr>
      <w:r w:rsidRPr="00E04501">
        <w:rPr>
          <w:rFonts w:ascii="Arial" w:hAnsi="Arial" w:cs="Arial"/>
          <w:sz w:val="24"/>
          <w:szCs w:val="24"/>
          <w:lang w:val="ru-RU"/>
        </w:rPr>
        <w:t xml:space="preserve">Первый заместитель Главы                                                          </w:t>
      </w:r>
      <w:r w:rsidR="00E04501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E04501">
        <w:rPr>
          <w:rFonts w:ascii="Arial" w:hAnsi="Arial" w:cs="Arial"/>
          <w:sz w:val="24"/>
          <w:szCs w:val="24"/>
          <w:lang w:val="ru-RU"/>
        </w:rPr>
        <w:t>И.В. Мотовилов</w:t>
      </w:r>
    </w:p>
    <w:sectPr w:rsidR="009C5B2A" w:rsidRPr="00E04501" w:rsidSect="00A72C08">
      <w:pgSz w:w="11906" w:h="16838"/>
      <w:pgMar w:top="624" w:right="851" w:bottom="1134" w:left="1701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0666"/>
    <w:rsid w:val="0029639D"/>
    <w:rsid w:val="00305591"/>
    <w:rsid w:val="00326F90"/>
    <w:rsid w:val="00331527"/>
    <w:rsid w:val="00384473"/>
    <w:rsid w:val="006743C4"/>
    <w:rsid w:val="008D5499"/>
    <w:rsid w:val="008F6A75"/>
    <w:rsid w:val="009C5B2A"/>
    <w:rsid w:val="00A06DB5"/>
    <w:rsid w:val="00A72C08"/>
    <w:rsid w:val="00AA1D8D"/>
    <w:rsid w:val="00B47730"/>
    <w:rsid w:val="00B53120"/>
    <w:rsid w:val="00CB0664"/>
    <w:rsid w:val="00E04501"/>
    <w:rsid w:val="00ED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  <w15:docId w15:val="{633E49D1-6274-4560-B4E0-042E9026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C14F7F-DC4B-4330-8F76-CF142197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Manager/>
  <Company/>
  <LinksUpToDate>false</LinksUpToDate>
  <CharactersWithSpaces>1538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subject/>
  <dc:creator>Anton Kosyakin</dc:creator>
  <cp:keywords/>
  <dc:description>generated by python-docx</dc:description>
  <cp:lastModifiedBy>User</cp:lastModifiedBy>
  <cp:revision>4</cp:revision>
  <dcterms:created xsi:type="dcterms:W3CDTF">2026-10-20T11:44:00Z</dcterms:created>
  <dcterms:modified xsi:type="dcterms:W3CDTF">2026-10-21T07:30:00Z</dcterms:modified>
  <cp:category/>
</cp:coreProperties>
</file>